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WORK VERIFICATION LETTER</w:t>
      </w:r>
    </w:p>
    <w:p/>
    <w:p/>
    <w:p>
      <w:r>
        <w:rPr>
          <w:b/>
          <w:sz w:val="20"/>
        </w:rPr>
        <w:t>Employer Information:</w:t>
      </w:r>
    </w:p>
    <w:p>
      <w:r>
        <w:rPr>
          <w:b w:val="0"/>
          <w:sz w:val="20"/>
        </w:rPr>
        <w:t>Company Name: ____________________________________________________________</w:t>
      </w:r>
    </w:p>
    <w:p>
      <w:r>
        <w:rPr>
          <w:b w:val="0"/>
          <w:sz w:val="20"/>
        </w:rPr>
        <w:t>Company Address: _________________________________________________________</w:t>
      </w:r>
    </w:p>
    <w:p>
      <w:r>
        <w:rPr>
          <w:b w:val="0"/>
          <w:sz w:val="20"/>
        </w:rPr>
        <w:t>Contact Person: ___________________________________________________________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p>
      <w:r>
        <w:rPr>
          <w:b/>
          <w:sz w:val="20"/>
        </w:rPr>
        <w:t>Employee Information:</w:t>
      </w:r>
    </w:p>
    <w:p>
      <w:r>
        <w:rPr>
          <w:b w:val="0"/>
          <w:sz w:val="20"/>
        </w:rPr>
        <w:t>Full Name: ________________________________________________________________</w:t>
      </w:r>
    </w:p>
    <w:p>
      <w:r>
        <w:rPr>
          <w:b w:val="0"/>
          <w:sz w:val="20"/>
        </w:rPr>
        <w:t>Job Title/Position: ________________________________________________________</w:t>
      </w:r>
    </w:p>
    <w:p>
      <w:r>
        <w:rPr>
          <w:b w:val="0"/>
          <w:sz w:val="20"/>
        </w:rPr>
        <w:t>Employee ID (if any): ______________________________________________________</w:t>
      </w:r>
    </w:p>
    <w:p/>
    <w:p/>
    <w:p>
      <w:r>
        <w:rPr>
          <w:b/>
          <w:sz w:val="20"/>
        </w:rPr>
        <w:t>Employment Details:</w:t>
      </w:r>
    </w:p>
    <w:p>
      <w:r>
        <w:rPr>
          <w:b w:val="0"/>
          <w:sz w:val="20"/>
        </w:rPr>
        <w:t>Date of Hire: _____________________________________________________________</w:t>
      </w:r>
    </w:p>
    <w:p>
      <w:r>
        <w:rPr>
          <w:b w:val="0"/>
          <w:sz w:val="20"/>
        </w:rPr>
        <w:t>Employment Status: ________________________________________________________</w:t>
      </w:r>
    </w:p>
    <w:p>
      <w:r>
        <w:rPr>
          <w:b w:val="0"/>
          <w:sz w:val="20"/>
        </w:rPr>
        <w:t>Current Status: ___________________________________________________________</w:t>
      </w:r>
    </w:p>
    <w:p>
      <w:r>
        <w:rPr>
          <w:b w:val="0"/>
          <w:sz w:val="20"/>
        </w:rPr>
        <w:t>Work Location: ____________________________________________________________</w:t>
      </w:r>
    </w:p>
    <w:p/>
    <w:p>
      <w:r>
        <w:rPr>
          <w:b/>
          <w:sz w:val="20"/>
        </w:rPr>
        <w:t>Verification Statement:</w:t>
      </w:r>
    </w:p>
    <w:p>
      <w:r>
        <w:rPr>
          <w:b w:val="0"/>
          <w:sz w:val="20"/>
        </w:rPr>
        <w:t>This letter is to verify that the above-named employee is/was employed by the above-listed employer and held the stated position. The employee's duties and responsibilities included, but were not limited to, those consistent with the stated job title. Employment is subject to all applicable federal, state, and local laws.</w:t>
      </w:r>
    </w:p>
    <w:p/>
    <w:p>
      <w:r>
        <w:rPr>
          <w:b/>
          <w:sz w:val="20"/>
        </w:rPr>
        <w:t>Salary Information:</w:t>
      </w:r>
    </w:p>
    <w:p>
      <w:r>
        <w:rPr>
          <w:b w:val="0"/>
          <w:sz w:val="20"/>
        </w:rPr>
        <w:t>Current or Last Annual Salary: ______________________________________________</w:t>
      </w:r>
    </w:p>
    <w:p>
      <w:r>
        <w:rPr>
          <w:b w:val="0"/>
          <w:sz w:val="20"/>
        </w:rPr>
        <w:t>Payment Frequency (e.g., weekly, bi-weekly, monthly): ________________________</w:t>
      </w:r>
    </w:p>
    <w:p/>
    <w:p>
      <w:r>
        <w:rPr>
          <w:b/>
          <w:sz w:val="20"/>
        </w:rPr>
        <w:t>Work Hours and Schedule:</w:t>
      </w:r>
    </w:p>
    <w:p>
      <w:r>
        <w:rPr>
          <w:b w:val="0"/>
          <w:sz w:val="20"/>
        </w:rPr>
        <w:t>Standard Work Hours per Week: ______________________________________________</w:t>
      </w:r>
    </w:p>
    <w:p>
      <w:r>
        <w:rPr>
          <w:b w:val="0"/>
          <w:sz w:val="20"/>
        </w:rPr>
        <w:t>Typical Work Schedule: _____________________________________________________</w:t>
      </w:r>
    </w:p>
    <w:p/>
    <w:p>
      <w:r>
        <w:rPr>
          <w:b/>
          <w:sz w:val="20"/>
        </w:rPr>
        <w:t>Performance and Conduct:</w:t>
      </w:r>
    </w:p>
    <w:p>
      <w:r>
        <w:rPr>
          <w:b w:val="0"/>
          <w:sz w:val="20"/>
        </w:rPr>
        <w:t>To the best of the employer's knowledge, the employee's performance and conduct have been satisfactory and in compliance with company policies and applicable laws. No known disciplinary actions or unresolved issues affect the employee's standing at this time.</w:t>
      </w:r>
    </w:p>
    <w:p/>
    <w:p>
      <w:r>
        <w:rPr>
          <w:b/>
          <w:sz w:val="20"/>
        </w:rPr>
        <w:t>Purpose of Letter:</w:t>
      </w:r>
    </w:p>
    <w:p>
      <w:r>
        <w:rPr>
          <w:b w:val="0"/>
          <w:sz w:val="20"/>
        </w:rPr>
        <w:t>This verification letter is provided upon the employee's request and is intended solely for the purpose specified by the employee. The employer makes no additional guarantees or warranties regarding employment beyond this verification.</w:t>
      </w:r>
    </w:p>
    <w:p/>
    <w:p/>
    <w:p>
      <w:r>
        <w:rPr>
          <w:b/>
          <w:sz w:val="20"/>
        </w:rPr>
        <w:t>Legal Disclaimer:</w:t>
      </w:r>
    </w:p>
    <w:p>
      <w:r>
        <w:rPr>
          <w:b w:val="0"/>
          <w:sz w:val="20"/>
        </w:rPr>
        <w:t>This letter is provided in good faith and is accurate to the best of the employer's knowledge as of the date of issuance. The employer is not responsible for any use or reliance on this letter by any third party without prior written consent. Any disputes arising out of or related to this letter shall be governed by the laws of the United States and the state of jurisdiction applicable to the employer.</w:t>
      </w:r>
    </w:p>
    <w:p/>
    <w:p/>
    <w:p/>
    <w:p>
      <w:r>
        <w:rPr>
          <w:b w:val="0"/>
          <w:sz w:val="20"/>
        </w:rPr>
        <w:t>Place of Issue: ___________________________________________________________</w:t>
      </w:r>
    </w:p>
    <w:p>
      <w:r>
        <w:rPr>
          <w:b w:val="0"/>
          <w:sz w:val="20"/>
        </w:rPr>
        <w:t>Date of Issue: ____________________________________________________________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Employer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https://letterdocs-us.com/work-verification-letter/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work-verificatio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