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OF MEDICAL NECESSITY FOR WHEELCHAIR</w:t>
      </w:r>
    </w:p>
    <w:p/>
    <w:p/>
    <w:p>
      <w:r>
        <w:rPr>
          <w:b/>
          <w:sz w:val="20"/>
        </w:rPr>
        <w:t>Patient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Insurance ID Number: ___________________________________________________</w:t>
      </w:r>
    </w:p>
    <w:p/>
    <w:p>
      <w:r>
        <w:rPr>
          <w:b/>
          <w:sz w:val="20"/>
        </w:rPr>
        <w:t>Healthcare Provider Information:</w:t>
      </w:r>
    </w:p>
    <w:p>
      <w:r>
        <w:rPr>
          <w:b w:val="0"/>
          <w:sz w:val="20"/>
        </w:rPr>
        <w:t>Provider Name: _________________________________________________________</w:t>
      </w:r>
    </w:p>
    <w:p>
      <w:r>
        <w:rPr>
          <w:b w:val="0"/>
          <w:sz w:val="20"/>
        </w:rPr>
        <w:t>Provider Address: 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NPI Number: ___________________________________________________________</w:t>
      </w:r>
    </w:p>
    <w:p>
      <w:r>
        <w:rPr>
          <w:b w:val="0"/>
          <w:sz w:val="20"/>
        </w:rPr>
        <w:t>Provider License Number: _______________________________________________</w:t>
      </w:r>
    </w:p>
    <w:p/>
    <w:p>
      <w:r>
        <w:rPr>
          <w:b/>
          <w:sz w:val="20"/>
        </w:rPr>
        <w:t>Medical Diagnosis:</w:t>
      </w:r>
    </w:p>
    <w:p>
      <w:r>
        <w:rPr>
          <w:b w:val="0"/>
          <w:sz w:val="20"/>
        </w:rPr>
        <w:t>Primary Diagnosis (ICD-10 Code): _______________________________________</w:t>
      </w:r>
    </w:p>
    <w:p>
      <w:r>
        <w:rPr>
          <w:b w:val="0"/>
          <w:sz w:val="20"/>
        </w:rPr>
        <w:t>Secondary Diagnoses (if any): __________________________________________</w:t>
      </w:r>
    </w:p>
    <w:p>
      <w:r>
        <w:rPr>
          <w:b w:val="0"/>
          <w:sz w:val="20"/>
        </w:rPr>
        <w:t>Brief Description of Diagnosis and Symptoms: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Functional Limitations Requiring Wheelchair:</w:t>
      </w:r>
    </w:p>
    <w:p>
      <w:r>
        <w:rPr>
          <w:b w:val="0"/>
          <w:sz w:val="20"/>
        </w:rPr>
        <w:t>- Unable to ambulate effectively due to (specify): ________________________</w:t>
      </w:r>
    </w:p>
    <w:p>
      <w:r>
        <w:rPr>
          <w:b w:val="0"/>
          <w:sz w:val="20"/>
        </w:rPr>
        <w:t>- Limited endurance or strength for walking: _____________________________</w:t>
      </w:r>
    </w:p>
    <w:p>
      <w:r>
        <w:rPr>
          <w:b w:val="0"/>
          <w:sz w:val="20"/>
        </w:rPr>
        <w:t>- Balance impairments: _________________________________________________</w:t>
      </w:r>
    </w:p>
    <w:p>
      <w:r>
        <w:rPr>
          <w:b w:val="0"/>
          <w:sz w:val="20"/>
        </w:rPr>
        <w:t>- Pain or discomfort preventing mobility: _______________________________</w:t>
      </w:r>
    </w:p>
    <w:p>
      <w:r>
        <w:rPr>
          <w:b w:val="0"/>
          <w:sz w:val="20"/>
        </w:rPr>
        <w:t>- Other relevant functional impairments: _______________________________</w:t>
      </w:r>
    </w:p>
    <w:p/>
    <w:p>
      <w:r>
        <w:rPr>
          <w:b/>
          <w:sz w:val="20"/>
        </w:rPr>
        <w:t>Justification for Wheelchair:</w:t>
      </w:r>
    </w:p>
    <w:p>
      <w:r>
        <w:rPr>
          <w:b w:val="0"/>
          <w:sz w:val="20"/>
        </w:rPr>
        <w:t>The patient requires a wheelchair as it is medically necessary for the following reasons:</w:t>
      </w:r>
    </w:p>
    <w:p>
      <w:r>
        <w:rPr>
          <w:b w:val="0"/>
          <w:sz w:val="20"/>
        </w:rPr>
        <w:t>1. To provide mobility and independence due to inability to walk or severely limited ambulation.</w:t>
      </w:r>
    </w:p>
    <w:p>
      <w:r>
        <w:rPr>
          <w:b w:val="0"/>
          <w:sz w:val="20"/>
        </w:rPr>
        <w:t>2. To prevent further injury or deterioration related to patient’s condition.</w:t>
      </w:r>
    </w:p>
    <w:p>
      <w:r>
        <w:rPr>
          <w:b w:val="0"/>
          <w:sz w:val="20"/>
        </w:rPr>
        <w:t>3. To enhance quality of life by enabling patient to perform essential daily activities.</w:t>
      </w:r>
    </w:p>
    <w:p>
      <w:r>
        <w:rPr>
          <w:b w:val="0"/>
          <w:sz w:val="20"/>
        </w:rPr>
        <w:t>4. Other specific reasons: 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Type of Wheelchair Requested:</w:t>
      </w:r>
    </w:p>
    <w:p>
      <w:r>
        <w:rPr>
          <w:b w:val="0"/>
          <w:sz w:val="20"/>
        </w:rPr>
        <w:t>- Manual wheelchair</w:t>
      </w:r>
    </w:p>
    <w:p>
      <w:r>
        <w:rPr>
          <w:b w:val="0"/>
          <w:sz w:val="20"/>
        </w:rPr>
        <w:t>- Power wheelchair</w:t>
      </w:r>
    </w:p>
    <w:p>
      <w:r>
        <w:rPr>
          <w:b w:val="0"/>
          <w:sz w:val="20"/>
        </w:rPr>
        <w:t>- Transport wheelchair</w:t>
      </w:r>
    </w:p>
    <w:p>
      <w:r>
        <w:rPr>
          <w:b w:val="0"/>
          <w:sz w:val="20"/>
        </w:rPr>
        <w:t>- Pediatric wheelchair</w:t>
      </w:r>
    </w:p>
    <w:p>
      <w:r>
        <w:rPr>
          <w:b w:val="0"/>
          <w:sz w:val="20"/>
        </w:rPr>
        <w:t>- Other (please specify): _____________________________________________</w:t>
      </w:r>
    </w:p>
    <w:p/>
    <w:p>
      <w:r>
        <w:rPr>
          <w:b/>
          <w:sz w:val="20"/>
        </w:rPr>
        <w:t>Wheelchair Specifications and Accessories (as medically necessary):</w:t>
      </w:r>
    </w:p>
    <w:p>
      <w:r>
        <w:rPr>
          <w:b w:val="0"/>
          <w:sz w:val="20"/>
        </w:rPr>
        <w:t>- Seat width: ___________________</w:t>
      </w:r>
    </w:p>
    <w:p>
      <w:r>
        <w:rPr>
          <w:b w:val="0"/>
          <w:sz w:val="20"/>
        </w:rPr>
        <w:t>- Seat depth: ___________________</w:t>
      </w:r>
    </w:p>
    <w:p>
      <w:r>
        <w:rPr>
          <w:b w:val="0"/>
          <w:sz w:val="20"/>
        </w:rPr>
        <w:t>- Seat height: ___________________</w:t>
      </w:r>
    </w:p>
    <w:p>
      <w:r>
        <w:rPr>
          <w:b w:val="0"/>
          <w:sz w:val="20"/>
        </w:rPr>
        <w:t>- Back height: ___________________</w:t>
      </w:r>
    </w:p>
    <w:p>
      <w:r>
        <w:rPr>
          <w:b w:val="0"/>
          <w:sz w:val="20"/>
        </w:rPr>
        <w:t>- Cushion type: ___________________</w:t>
      </w:r>
    </w:p>
    <w:p>
      <w:r>
        <w:rPr>
          <w:b w:val="0"/>
          <w:sz w:val="20"/>
        </w:rPr>
        <w:t>- Power options (if applicable): ______________________________________</w:t>
      </w:r>
    </w:p>
    <w:p>
      <w:r>
        <w:rPr>
          <w:b w:val="0"/>
          <w:sz w:val="20"/>
        </w:rPr>
        <w:t>- Elevating leg rests: ___________________</w:t>
      </w:r>
    </w:p>
    <w:p>
      <w:r>
        <w:rPr>
          <w:b w:val="0"/>
          <w:sz w:val="20"/>
        </w:rPr>
        <w:t>- Tilt or recline functions: ___________________</w:t>
      </w:r>
    </w:p>
    <w:p>
      <w:r>
        <w:rPr>
          <w:b w:val="0"/>
          <w:sz w:val="20"/>
        </w:rPr>
        <w:t>- Specialized controls (for power wheelchairs): ______________________</w:t>
      </w:r>
    </w:p>
    <w:p>
      <w:r>
        <w:rPr>
          <w:b w:val="0"/>
          <w:sz w:val="20"/>
        </w:rPr>
        <w:t>- Other accessories: ________________________________________________</w:t>
      </w:r>
    </w:p>
    <w:p/>
    <w:p>
      <w:r>
        <w:rPr>
          <w:b/>
          <w:sz w:val="20"/>
        </w:rPr>
        <w:t>Expected Duration of Need:</w:t>
      </w:r>
    </w:p>
    <w:p>
      <w:r>
        <w:rPr>
          <w:b w:val="0"/>
          <w:sz w:val="20"/>
        </w:rPr>
        <w:t>The wheelchair is medically necessary for a duration of:</w:t>
      </w:r>
    </w:p>
    <w:p>
      <w:r>
        <w:rPr>
          <w:b w:val="0"/>
          <w:sz w:val="20"/>
        </w:rPr>
        <w:t>- Temporary (specify expected length): ________________________________</w:t>
      </w:r>
    </w:p>
    <w:p>
      <w:r>
        <w:rPr>
          <w:b w:val="0"/>
          <w:sz w:val="20"/>
        </w:rPr>
        <w:t>- Long-term or indefinite</w:t>
      </w:r>
    </w:p>
    <w:p/>
    <w:p>
      <w:r>
        <w:rPr>
          <w:b/>
          <w:sz w:val="20"/>
        </w:rPr>
        <w:t>Prior Equipment and Therapy:</w:t>
      </w:r>
    </w:p>
    <w:p>
      <w:r>
        <w:rPr>
          <w:b w:val="0"/>
          <w:sz w:val="20"/>
        </w:rPr>
        <w:t>The patient has previously used the following mobility devices:</w:t>
      </w:r>
    </w:p>
    <w:p>
      <w:r>
        <w:rPr>
          <w:b w:val="0"/>
          <w:sz w:val="20"/>
        </w:rPr>
        <w:t>- Cane</w:t>
      </w:r>
    </w:p>
    <w:p>
      <w:r>
        <w:rPr>
          <w:b w:val="0"/>
          <w:sz w:val="20"/>
        </w:rPr>
        <w:t>- Walker</w:t>
      </w:r>
    </w:p>
    <w:p>
      <w:r>
        <w:rPr>
          <w:b w:val="0"/>
          <w:sz w:val="20"/>
        </w:rPr>
        <w:t>- Crutches</w:t>
      </w:r>
    </w:p>
    <w:p>
      <w:r>
        <w:rPr>
          <w:b w:val="0"/>
          <w:sz w:val="20"/>
        </w:rPr>
        <w:t>- None</w:t>
      </w:r>
    </w:p>
    <w:p>
      <w:r>
        <w:rPr>
          <w:b w:val="0"/>
          <w:sz w:val="20"/>
        </w:rPr>
        <w:t>- Other (please specify): _____________________________________________</w:t>
      </w:r>
    </w:p>
    <w:p/>
    <w:p>
      <w:r>
        <w:rPr>
          <w:b w:val="0"/>
          <w:sz w:val="20"/>
        </w:rPr>
        <w:t>Physical therapy or other interventions attempted and outcomes: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Medical Necessity Statement:</w:t>
      </w:r>
    </w:p>
    <w:p>
      <w:r>
        <w:rPr>
          <w:b w:val="0"/>
          <w:sz w:val="20"/>
        </w:rPr>
        <w:t>I certify that the above patient has a medical condition that severely limits their mobility and that a wheelchair is necessary to improve or maintain their functional status.</w:t>
      </w:r>
    </w:p>
    <w:p>
      <w:r>
        <w:rPr>
          <w:b w:val="0"/>
          <w:sz w:val="20"/>
        </w:rPr>
        <w:t>This device is essential to enable the patient to perform activities of daily living, participate in their community, and prevent further medical complications.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Healthcare Provider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Credentials: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Phone Number: ________________________</w:t>
            </w:r>
          </w:p>
        </w:tc>
      </w:tr>
    </w:tbl>
    <w:p/>
    <w:p/>
    <w:p>
      <w:r>
        <w:rPr>
          <w:b/>
          <w:sz w:val="20"/>
        </w:rPr>
        <w:t>Patient Acknowledgment:</w:t>
      </w:r>
    </w:p>
    <w:p>
      <w:r>
        <w:rPr>
          <w:b w:val="0"/>
          <w:sz w:val="20"/>
        </w:rPr>
        <w:t>I acknowledge that the information provided is accurate to the best of my knowledge and that the wheelchair prescribed is medically necessary for my mobility needs.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Patient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Phone Number: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/>
    <w:p/>
    <w:p>
      <w:r>
        <w:rPr>
          <w:b/>
          <w:sz w:val="20"/>
        </w:rPr>
        <w:t>Legal and Compliance Statement:</w:t>
      </w:r>
    </w:p>
    <w:p>
      <w:r>
        <w:rPr>
          <w:b w:val="0"/>
          <w:sz w:val="20"/>
        </w:rPr>
        <w:t>This letter of medical necessity is provided in accordance with applicable United States federal and state laws and regulations.</w:t>
      </w:r>
    </w:p>
    <w:p>
      <w:r>
        <w:rPr>
          <w:b w:val="0"/>
          <w:sz w:val="20"/>
        </w:rPr>
        <w:t>It is intended to substantiate the medical need for durable medical equipment in support of insurance claims and reimbursement.</w:t>
      </w:r>
    </w:p>
    <w:p>
      <w:r>
        <w:rPr>
          <w:b w:val="0"/>
          <w:sz w:val="20"/>
        </w:rPr>
        <w:t>The information herein is confidential and intended solely for the use of the patient, healthcare provider, and authorized parties.</w:t>
      </w:r>
    </w:p>
    <w:p/>
    <w:p/>
    <w:p>
      <w:r>
        <w:rPr>
          <w:b/>
          <w:sz w:val="20"/>
        </w:rPr>
        <w:t>Disclaimer:</w:t>
      </w:r>
    </w:p>
    <w:p>
      <w:r>
        <w:rPr>
          <w:b w:val="0"/>
          <w:sz w:val="20"/>
        </w:rPr>
        <w:t>This document does not guarantee coverage or payment by any insurer. Coverage decisions are subject to insurer policies, medical necessity reviews, and applicable law.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https://letterdocs-us.com/wheelchair-letter-of-medical-necessity/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wheelchair-letter-of-medical-necessity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