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WELCOME LETTER</w:t>
      </w:r>
    </w:p>
    <w:p/>
    <w:p/>
    <w:p>
      <w:r>
        <w:rPr>
          <w:b w:val="0"/>
          <w:sz w:val="20"/>
        </w:rPr>
        <w:t>Dear ________________________________,</w:t>
      </w:r>
    </w:p>
    <w:p/>
    <w:p>
      <w:r>
        <w:rPr>
          <w:b w:val="0"/>
          <w:sz w:val="20"/>
        </w:rPr>
        <w:t>On behalf of the entire team at ________________________________, we are pleased to welcome you as a valued member of our organization. We are confident that your skills and dedication will significantly contribute to our mutual success.</w:t>
      </w:r>
    </w:p>
    <w:p/>
    <w:p>
      <w:r>
        <w:rPr>
          <w:b/>
          <w:sz w:val="22"/>
        </w:rPr>
        <w:t>Introduction to the Organization</w:t>
      </w:r>
    </w:p>
    <w:p>
      <w:r>
        <w:rPr>
          <w:b w:val="0"/>
          <w:sz w:val="20"/>
        </w:rPr>
        <w:t>Our company is committed to fostering a professional and supportive work environment where every employee is empowered to excel. We adhere to the highest standards of ethical conduct and compliance with all applicable laws and regulations in the United States.</w:t>
      </w:r>
    </w:p>
    <w:p/>
    <w:p>
      <w:r>
        <w:rPr>
          <w:b/>
          <w:sz w:val="22"/>
        </w:rPr>
        <w:t>Employment Terms Overview</w:t>
      </w:r>
    </w:p>
    <w:p>
      <w:r>
        <w:rPr>
          <w:b w:val="0"/>
          <w:sz w:val="20"/>
        </w:rPr>
        <w:t>Your position as ________________________________ will commence on ________________________________. This position is governed by the terms and conditions set forth in your Employment Agreement, which you will receive separately. Please note that this letter is not a contract of employment but a formal welcome.</w:t>
      </w:r>
    </w:p>
    <w:p/>
    <w:p>
      <w:r>
        <w:rPr>
          <w:b/>
          <w:sz w:val="22"/>
        </w:rPr>
        <w:t>Employee Responsibilities</w:t>
      </w:r>
    </w:p>
    <w:p>
      <w:r>
        <w:rPr>
          <w:b w:val="0"/>
          <w:sz w:val="20"/>
        </w:rPr>
        <w:t>As a member of our team, you are expected to perform your duties with the highest level of professionalism and integrity. You must comply with all company policies, procedures, and applicable laws. Confidentiality regarding proprietary and sensitive information is mandatory at all times.</w:t>
      </w:r>
    </w:p>
    <w:p/>
    <w:p>
      <w:r>
        <w:rPr>
          <w:b/>
          <w:sz w:val="22"/>
        </w:rPr>
        <w:t>Company Policies and Procedures</w:t>
      </w:r>
    </w:p>
    <w:p>
      <w:r>
        <w:rPr>
          <w:b w:val="0"/>
          <w:sz w:val="20"/>
        </w:rPr>
        <w:t>Please familiarize yourself with the Employee Handbook, which details company policies on workplace conduct, safety, anti-discrimination, harassment prevention, and use of company resources. Compliance with these policies is essential and a condition of your continued engagement with the company.</w:t>
      </w:r>
    </w:p>
    <w:p/>
    <w:p>
      <w:r>
        <w:rPr>
          <w:b/>
          <w:sz w:val="22"/>
        </w:rPr>
        <w:t>Benefits and Support</w:t>
      </w:r>
    </w:p>
    <w:p>
      <w:r>
        <w:rPr>
          <w:b w:val="0"/>
          <w:sz w:val="20"/>
        </w:rPr>
        <w:t>We offer a comprehensive benefits package designed to support your well-being and professional growth. Details regarding health insurance, retirement plans, leave policies, and training opportunities will be provided by Human Resources.</w:t>
      </w:r>
    </w:p>
    <w:p/>
    <w:p>
      <w:r>
        <w:rPr>
          <w:b/>
          <w:sz w:val="22"/>
        </w:rPr>
        <w:t>Workplace Safety and Compliance</w:t>
      </w:r>
    </w:p>
    <w:p>
      <w:r>
        <w:rPr>
          <w:b w:val="0"/>
          <w:sz w:val="20"/>
        </w:rPr>
        <w:t>Your health and safety are paramount. Please adhere strictly to all safety protocols and immediately report any unsafe conditions or incidents. Our commitment to compliance with Occupational Safety and Health Administration (OSHA) standards ensures a safe working environment.</w:t>
      </w:r>
    </w:p>
    <w:p/>
    <w:p>
      <w:r>
        <w:rPr>
          <w:b/>
          <w:sz w:val="22"/>
        </w:rPr>
        <w:t>Equal Opportunity Employer Statement</w:t>
      </w:r>
    </w:p>
    <w:p>
      <w:r>
        <w:rPr>
          <w:b w:val="0"/>
          <w:sz w:val="20"/>
        </w:rPr>
        <w:t>We are an equal opportunity employer and prohibit discrimination and harassment of any kind. We are committed to providing equal employment opportunities regardless of race, color, religion, sex, national origin, age, disability, genetic information, or any other protected status under federal, state, or local laws.</w:t>
      </w:r>
    </w:p>
    <w:p/>
    <w:p>
      <w:r>
        <w:rPr>
          <w:b/>
          <w:sz w:val="22"/>
        </w:rPr>
        <w:t>Acknowledgment and Acceptance</w:t>
      </w:r>
    </w:p>
    <w:p>
      <w:r>
        <w:rPr>
          <w:b w:val="0"/>
          <w:sz w:val="20"/>
        </w:rPr>
        <w:t>Please sign below to acknowledge receipt of this Welcome Letter and confirm your understanding of the general principles outlined herein. This acknowledgment does not alter the at-will nature of your employment or any other agreements between you and the company.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Company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We look forward to a successful and rewarding relationship.</w:t>
      </w:r>
    </w:p>
    <w:p/>
    <w:p>
      <w:r>
        <w:rPr>
          <w:b w:val="0"/>
          <w:sz w:val="20"/>
        </w:rPr>
        <w:t>Sincerely,</w:t>
      </w:r>
    </w:p>
    <w:p/>
    <w:p/>
    <w:p/>
    <w:p>
      <w:r>
        <w:rPr>
          <w:b w:val="0"/>
          <w:sz w:val="20"/>
        </w:rPr>
        <w:t>__________________________________________</w:t>
      </w:r>
    </w:p>
    <w:p>
      <w:r>
        <w:rPr>
          <w:b w:val="0"/>
          <w:sz w:val="20"/>
        </w:rPr>
        <w:t>Name: ________________________________</w:t>
      </w:r>
    </w:p>
    <w:p>
      <w:r>
        <w:rPr>
          <w:b w:val="0"/>
          <w:sz w:val="20"/>
        </w:rPr>
        <w:t>Title: 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https://letterdocs-us.com/welcome-letter/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welcom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