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VOLUNTEER VERIFICATION LETTER</w:t>
      </w:r>
    </w:p>
    <w:p/>
    <w:p/>
    <w:p>
      <w:r>
        <w:rPr>
          <w:b/>
          <w:sz w:val="20"/>
        </w:rPr>
        <w:t>Organization Information:</w:t>
      </w:r>
    </w:p>
    <w:p>
      <w:r>
        <w:rPr>
          <w:b w:val="0"/>
          <w:sz w:val="20"/>
        </w:rPr>
        <w:t>Organization Name: __________________________________________________________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r>
        <w:rPr>
          <w:b w:val="0"/>
          <w:sz w:val="20"/>
        </w:rPr>
        <w:t>Email Address: ____________________________________________________________</w:t>
      </w:r>
    </w:p>
    <w:p/>
    <w:p>
      <w:r>
        <w:rPr>
          <w:b/>
          <w:sz w:val="20"/>
        </w:rPr>
        <w:t>Volunteer Information:</w:t>
      </w:r>
    </w:p>
    <w:p>
      <w:r>
        <w:rPr>
          <w:b w:val="0"/>
          <w:sz w:val="20"/>
        </w:rPr>
        <w:t>Full Name: _______________________________________________________________</w:t>
      </w:r>
    </w:p>
    <w:p>
      <w:r>
        <w:rPr>
          <w:b w:val="0"/>
          <w:sz w:val="20"/>
        </w:rPr>
        <w:t>Date of Birth: ____________________________________________________________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r>
        <w:rPr>
          <w:b w:val="0"/>
          <w:sz w:val="20"/>
        </w:rPr>
        <w:t>Email Address: ____________________________________________________________</w:t>
      </w:r>
    </w:p>
    <w:p/>
    <w:p>
      <w:r>
        <w:rPr>
          <w:b/>
          <w:sz w:val="20"/>
        </w:rPr>
        <w:t>Verification Details:</w:t>
      </w:r>
    </w:p>
    <w:p>
      <w:r>
        <w:rPr>
          <w:b w:val="0"/>
          <w:sz w:val="20"/>
        </w:rPr>
        <w:t>This letter serves as formal verification that the individual named above has volunteered with our organization. The volunteer has contributed their time and efforts as described below.</w:t>
      </w:r>
    </w:p>
    <w:p/>
    <w:p>
      <w:r>
        <w:rPr>
          <w:b/>
          <w:sz w:val="20"/>
        </w:rPr>
        <w:t>Volunteer Role and Activities:</w:t>
      </w:r>
    </w:p>
    <w:tbl>
      <w:tblPr>
        <w:tblW w:type="auto" w:w="0"/>
        <w:tblLayout w:type="autofit"/>
        <w:tblLook w:firstColumn="1" w:firstRow="1" w:lastColumn="0" w:lastRow="0" w:noHBand="0" w:noVBand="1" w:val="04A0"/>
      </w:tblPr>
      <w:tblGrid>
        <w:gridCol w:w="4986"/>
        <w:gridCol w:w="4986"/>
      </w:tblGrid>
      <w:tr>
        <w:tc>
          <w:tcPr>
            <w:tcW w:type="dxa" w:w="4986"/>
          </w:tcPr>
          <w:p>
            <w:r>
              <w:rPr>
                <w:sz w:val="20"/>
              </w:rPr>
              <w:t>Role/Position</w:t>
            </w:r>
          </w:p>
        </w:tc>
        <w:tc>
          <w:tcPr>
            <w:tcW w:type="dxa" w:w="4986"/>
          </w:tcPr>
          <w:p>
            <w:r>
              <w:rPr>
                <w:sz w:val="20"/>
              </w:rPr>
              <w:t>Description of Activities</w:t>
            </w:r>
          </w:p>
        </w:tc>
      </w:tr>
      <w:tr>
        <w:tc>
          <w:tcPr>
            <w:tcW w:type="dxa" w:w="4986"/>
          </w:tcPr>
          <w:p>
            <w:r>
              <w:rPr>
                <w:sz w:val="20"/>
              </w:rPr>
              <w:t>__________________________________________________________________________</w:t>
            </w:r>
          </w:p>
        </w:tc>
        <w:tc>
          <w:tcPr>
            <w:tcW w:type="dxa" w:w="4986"/>
          </w:tcPr>
          <w:p>
            <w:r>
              <w:rPr>
                <w:sz w:val="20"/>
              </w:rPr>
              <w:t>__________________________________________________________________________</w:t>
            </w:r>
          </w:p>
        </w:tc>
      </w:tr>
      <w:tr>
        <w:tc>
          <w:tcPr>
            <w:tcW w:type="dxa" w:w="4986"/>
          </w:tcPr>
          <w:p>
            <w:r>
              <w:rPr>
                <w:sz w:val="20"/>
              </w:rPr>
              <w:t>__________________________________________________________________________</w:t>
            </w:r>
          </w:p>
        </w:tc>
        <w:tc>
          <w:tcPr>
            <w:tcW w:type="dxa" w:w="4986"/>
          </w:tcPr>
          <w:p>
            <w:r>
              <w:rPr>
                <w:sz w:val="20"/>
              </w:rPr>
              <w:t>__________________________________________________________________________</w:t>
            </w:r>
          </w:p>
        </w:tc>
      </w:tr>
    </w:tbl>
    <w:p/>
    <w:p>
      <w:r>
        <w:rPr>
          <w:b/>
          <w:sz w:val="20"/>
        </w:rPr>
        <w:t>Volunteer Service Period:</w:t>
      </w:r>
    </w:p>
    <w:p>
      <w:r>
        <w:rPr>
          <w:b w:val="0"/>
          <w:sz w:val="20"/>
        </w:rPr>
        <w:t>Start Date: _______________________________________________________________</w:t>
      </w:r>
    </w:p>
    <w:p>
      <w:r>
        <w:rPr>
          <w:b w:val="0"/>
          <w:sz w:val="20"/>
        </w:rPr>
        <w:t>End Date: _________________________________________________________________</w:t>
      </w:r>
    </w:p>
    <w:p>
      <w:r>
        <w:rPr>
          <w:b w:val="0"/>
          <w:sz w:val="20"/>
        </w:rPr>
        <w:t>Total Hours Contributed: __________________________________________________</w:t>
      </w:r>
    </w:p>
    <w:p/>
    <w:p>
      <w:r>
        <w:rPr>
          <w:b/>
          <w:sz w:val="20"/>
        </w:rPr>
        <w:t>Compensation:</w:t>
      </w:r>
    </w:p>
    <w:p>
      <w:r>
        <w:rPr>
          <w:b w:val="0"/>
          <w:sz w:val="20"/>
        </w:rPr>
        <w:t>The volunteer has received no monetary compensation, benefits, or other remuneration for their volunteer services, except as may be expressly stated in a separate written agreement. This letter does not constitute an employment relationship.</w:t>
      </w:r>
    </w:p>
    <w:p/>
    <w:p>
      <w:r>
        <w:rPr>
          <w:b/>
          <w:sz w:val="20"/>
        </w:rPr>
        <w:t>Confidentiality and Conduct:</w:t>
      </w:r>
    </w:p>
    <w:p>
      <w:r>
        <w:rPr>
          <w:b w:val="0"/>
          <w:sz w:val="20"/>
        </w:rPr>
        <w:t>The volunteer is expected to maintain confidentiality of any privileged or sensitive information encountered during their service. They agree to abide by the organization's code of conduct and policies.</w:t>
      </w:r>
    </w:p>
    <w:p/>
    <w:p>
      <w:r>
        <w:rPr>
          <w:b/>
          <w:sz w:val="20"/>
        </w:rPr>
        <w:t>Liability Disclaimer:</w:t>
      </w:r>
    </w:p>
    <w:p>
      <w:r>
        <w:rPr>
          <w:b w:val="0"/>
          <w:sz w:val="20"/>
        </w:rPr>
        <w:t>The organization and its representatives are not liable for any injuries, damages, or losses incurred by the volunteer during the course of their volunteer service except as required by applicable laws. The volunteer acknowledges understanding and acceptance of the risks associated with their service.</w:t>
      </w:r>
    </w:p>
    <w:p/>
    <w:p>
      <w:r>
        <w:rPr>
          <w:b/>
          <w:sz w:val="20"/>
        </w:rPr>
        <w:t>Governing Law:</w:t>
      </w:r>
    </w:p>
    <w:p>
      <w:r>
        <w:rPr>
          <w:b w:val="0"/>
          <w:sz w:val="20"/>
        </w:rPr>
        <w:t>This verification letter and any related matters shall be governed by and construed in accordance with the laws of the United States of America and the applicable state laws where the organization is located.</w:t>
      </w:r>
    </w:p>
    <w:p/>
    <w:p/>
    <w:p>
      <w:r>
        <w:rPr>
          <w:b/>
          <w:sz w:val="20"/>
        </w:rPr>
        <w:t>Certification:</w:t>
      </w:r>
    </w:p>
    <w:p>
      <w:r>
        <w:rPr>
          <w:b w:val="0"/>
          <w:sz w:val="20"/>
        </w:rPr>
        <w:t>I hereby certify that the information provided above is true and accurate to the best of my knowledge and that the volunteer has fulfilled their duties as described.</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Organization Representative</w:t>
            </w:r>
          </w:p>
        </w:tc>
        <w:tc>
          <w:tcPr>
            <w:tcW w:type="dxa" w:w="4986"/>
            <w:tcBorders>
              <w:top w:val="nil"/>
              <w:left w:val="nil"/>
              <w:bottom w:val="nil"/>
              <w:right w:val="nil"/>
              <w:insideH w:val="nil"/>
              <w:insideV w:val="nil"/>
            </w:tcBorders>
          </w:tcPr>
          <w:p>
            <w:pPr>
              <w:jc w:val="center"/>
            </w:pPr>
            <w:r>
              <w:t>Volunteer</w:t>
            </w:r>
          </w:p>
        </w:tc>
      </w:tr>
      <w:tr>
        <w:tc>
          <w:tcPr>
            <w:tcW w:type="dxa" w:w="4986"/>
            <w:tcBorders>
              <w:top w:val="nil"/>
              <w:left w:val="nil"/>
              <w:bottom w:val="nil"/>
              <w:right w:val="nil"/>
              <w:insideH w:val="nil"/>
              <w:insideV w:val="nil"/>
            </w:tcBorders>
          </w:tcPr>
          <w:p>
            <w:pPr>
              <w:jc w:val="center"/>
            </w:pPr>
            <w:r>
              <w:br/>
              <w:br/>
              <w:t>Signature: ___________________________________</w:t>
            </w:r>
          </w:p>
        </w:tc>
        <w:tc>
          <w:tcPr>
            <w:tcW w:type="dxa" w:w="4986"/>
            <w:tcBorders>
              <w:top w:val="nil"/>
              <w:left w:val="nil"/>
              <w:bottom w:val="nil"/>
              <w:right w:val="nil"/>
              <w:insideH w:val="nil"/>
              <w:insideV w:val="nil"/>
            </w:tcBorders>
          </w:tcPr>
          <w:p>
            <w:pPr>
              <w:jc w:val="center"/>
            </w:pPr>
            <w:r>
              <w:br/>
              <w:br/>
              <w:t>Signature: ___________________________________</w:t>
            </w:r>
          </w:p>
        </w:tc>
      </w:tr>
      <w:tr>
        <w:tc>
          <w:tcPr>
            <w:tcW w:type="dxa" w:w="4986"/>
            <w:tcBorders>
              <w:top w:val="nil"/>
              <w:left w:val="nil"/>
              <w:bottom w:val="nil"/>
              <w:right w:val="nil"/>
              <w:insideH w:val="nil"/>
              <w:insideV w:val="nil"/>
            </w:tcBorders>
          </w:tcPr>
          <w:p>
            <w:pPr>
              <w:jc w:val="center"/>
            </w:pPr>
            <w:r>
              <w:t>Name: _______________________________________</w:t>
              <w:br/>
              <w:t>Title: _______________________________________</w:t>
            </w:r>
          </w:p>
        </w:tc>
        <w:tc>
          <w:tcPr>
            <w:tcW w:type="dxa" w:w="4986"/>
            <w:tcBorders>
              <w:top w:val="nil"/>
              <w:left w:val="nil"/>
              <w:bottom w:val="nil"/>
              <w:right w:val="nil"/>
              <w:insideH w:val="nil"/>
              <w:insideV w:val="nil"/>
            </w:tcBorders>
          </w:tcPr>
          <w:p>
            <w:pPr>
              <w:jc w:val="center"/>
            </w:pPr>
            <w:r>
              <w:t>Name: _______________________________________</w:t>
              <w:br/>
              <w:t>Date: _______________________________________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https://letterdocs-us.com/volunteer-verification-letter/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volunteer-verification-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