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VINTAGE LOVE LETTER</w:t>
      </w:r>
    </w:p>
    <w:p/>
    <w:p/>
    <w:p>
      <w:r>
        <w:rPr>
          <w:b w:val="0"/>
          <w:sz w:val="20"/>
        </w:rPr>
        <w:t>My Dearest Beloved,</w:t>
      </w:r>
    </w:p>
    <w:p/>
    <w:p>
      <w:r>
        <w:rPr>
          <w:b w:val="0"/>
          <w:sz w:val="20"/>
        </w:rPr>
        <w:t>In the quiet moments when the world stands still, my thoughts inevitably drift to you. Words fail to capture the profound affection that swells within my heart, yet I am compelled to try, to put into ink the timeless love that binds my soul to yours.</w:t>
      </w:r>
    </w:p>
    <w:p/>
    <w:p>
      <w:r>
        <w:rPr>
          <w:b/>
          <w:sz w:val="20"/>
        </w:rPr>
        <w:t>Declaration of Love:</w:t>
      </w:r>
    </w:p>
    <w:p>
      <w:r>
        <w:rPr>
          <w:b w:val="0"/>
          <w:sz w:val="20"/>
        </w:rPr>
        <w:t>I hereby declare that my love for you is unwavering, genuine, and eternal. This letter serves as a testament to my devotion and commitment to cherish, honor, and stand by you in all seasons of life.</w:t>
      </w:r>
    </w:p>
    <w:p/>
    <w:p>
      <w:r>
        <w:rPr>
          <w:b/>
          <w:sz w:val="20"/>
        </w:rPr>
        <w:t>Cherished Memories:</w:t>
      </w:r>
    </w:p>
    <w:p>
      <w:r>
        <w:rPr>
          <w:b w:val="0"/>
          <w:sz w:val="20"/>
        </w:rPr>
        <w:t>Together, we have woven a tapestry of unforgettable moments — laughter shared under the stars, gentle whispers in the quiet of the night, and dreams dreamt hand in hand. These precious memories are etched forever in the corridors of my heart.</w:t>
      </w:r>
    </w:p>
    <w:p/>
    <w:p>
      <w:r>
        <w:rPr>
          <w:b/>
          <w:sz w:val="20"/>
        </w:rPr>
        <w:t>Promises:</w:t>
      </w:r>
    </w:p>
    <w:p>
      <w:r>
        <w:rPr>
          <w:b w:val="0"/>
          <w:sz w:val="20"/>
        </w:rPr>
        <w:t>I promise to nurture the flame of our love with patience, kindness, and understanding. I vow to support your dreams as if they were my own, to listen with an open heart, and to be your steadfast companion through every joy and challenge that life may present.</w:t>
      </w:r>
    </w:p>
    <w:p/>
    <w:p>
      <w:r>
        <w:rPr>
          <w:b/>
          <w:sz w:val="20"/>
        </w:rPr>
        <w:t>Intentions and Hopes for Our Future:</w:t>
      </w:r>
    </w:p>
    <w:p>
      <w:r>
        <w:rPr>
          <w:b w:val="0"/>
          <w:sz w:val="20"/>
        </w:rPr>
        <w:t>May this letter be the first of many milestones in our journey together. I look forward to building a life filled with trust, laughter, and unwavering partnership—a love story that stands resilient against the tides of time.</w:t>
      </w:r>
    </w:p>
    <w:p/>
    <w:p>
      <w:r>
        <w:rPr>
          <w:b/>
          <w:sz w:val="20"/>
        </w:rPr>
        <w:t>Affirmation of Truth:</w:t>
      </w:r>
    </w:p>
    <w:p>
      <w:r>
        <w:rPr>
          <w:b w:val="0"/>
          <w:sz w:val="20"/>
        </w:rPr>
        <w:t>I affirm that every word contained herein flows from the depths of my sincere heart and mind. Let this letter be binding in spirit, an enduring bond of our shared love and mutual respect.</w:t>
      </w:r>
    </w:p>
    <w:p/>
    <w:p/>
    <w:p>
      <w:r>
        <w:rPr>
          <w:b w:val="0"/>
          <w:sz w:val="20"/>
        </w:rPr>
        <w:t>With all my heart and soul, I remain yours forever.</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FROM</w:t>
            </w:r>
          </w:p>
        </w:tc>
        <w:tc>
          <w:tcPr>
            <w:tcW w:type="dxa" w:w="4986"/>
            <w:tcBorders>
              <w:top w:val="nil"/>
              <w:left w:val="nil"/>
              <w:bottom w:val="nil"/>
              <w:right w:val="nil"/>
              <w:insideH w:val="nil"/>
              <w:insideV w:val="nil"/>
            </w:tcBorders>
          </w:tcPr>
          <w:p>
            <w:pPr>
              <w:jc w:val="center"/>
            </w:pPr>
            <w:r>
              <w:t>TO</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https://letterdocs-us.com/vintage-love-letter/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vintage-love-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