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UNPAID INTERNSHIP OFFER LETTER</w:t>
      </w:r>
    </w:p>
    <w:p/>
    <w:p>
      <w:r>
        <w:rPr>
          <w:b/>
          <w:sz w:val="20"/>
        </w:rPr>
        <w:t>Company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Intern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val="0"/>
          <w:sz w:val="20"/>
        </w:rPr>
        <w:t>Dear ________________,</w:t>
      </w:r>
    </w:p>
    <w:p/>
    <w:p>
      <w:r>
        <w:rPr>
          <w:b w:val="0"/>
          <w:sz w:val="20"/>
        </w:rPr>
        <w:t>We are pleased to offer you an unpaid internship position with our company under the terms and conditions outlined in this letter. This internship provides you with valuable work experience and an opportunity to develop your skills within our organization.</w:t>
      </w:r>
    </w:p>
    <w:p/>
    <w:p>
      <w:r>
        <w:rPr>
          <w:b/>
          <w:sz w:val="20"/>
        </w:rPr>
        <w:t>Internship Details:</w:t>
      </w:r>
    </w:p>
    <w:p>
      <w:r>
        <w:rPr>
          <w:b w:val="0"/>
          <w:sz w:val="20"/>
        </w:rPr>
        <w:t>Position Title: ____________________________________________________________</w:t>
      </w:r>
    </w:p>
    <w:p>
      <w:r>
        <w:rPr>
          <w:b w:val="0"/>
          <w:sz w:val="20"/>
        </w:rPr>
        <w:t>Department: _______________________________________________________________</w:t>
      </w:r>
    </w:p>
    <w:p>
      <w:r>
        <w:rPr>
          <w:b w:val="0"/>
          <w:sz w:val="20"/>
        </w:rPr>
        <w:t>Internship Location: ______________________________________________________</w:t>
      </w:r>
    </w:p>
    <w:p>
      <w:r>
        <w:rPr>
          <w:b w:val="0"/>
          <w:sz w:val="20"/>
        </w:rPr>
        <w:t>Supervisor: _______________________________________________________________</w:t>
      </w:r>
    </w:p>
    <w:p>
      <w:r>
        <w:rPr>
          <w:b w:val="0"/>
          <w:sz w:val="20"/>
        </w:rPr>
        <w:t>Expected Start Date: ______________________________________________________</w:t>
      </w:r>
    </w:p>
    <w:p>
      <w:r>
        <w:rPr>
          <w:b w:val="0"/>
          <w:sz w:val="20"/>
        </w:rPr>
        <w:t>Expected End Date: ________________________________________________________</w:t>
      </w:r>
    </w:p>
    <w:p>
      <w:r>
        <w:rPr>
          <w:b w:val="0"/>
          <w:sz w:val="20"/>
        </w:rPr>
        <w:t>Schedule: _________________________________________________________________</w:t>
      </w:r>
    </w:p>
    <w:p/>
    <w:p>
      <w:r>
        <w:rPr>
          <w:b/>
          <w:sz w:val="20"/>
        </w:rPr>
        <w:t>Duties and Responsibilities:</w:t>
      </w:r>
    </w:p>
    <w:p>
      <w:r>
        <w:rPr>
          <w:b w:val="0"/>
          <w:sz w:val="20"/>
        </w:rPr>
        <w:t>During your internship, you will be expected to perform tasks and assignments including, but not limited to:</w:t>
      </w:r>
    </w:p>
    <w:p>
      <w:pPr>
        <w:ind w:left="283"/>
      </w:pPr>
    </w:p>
    <w:p>
      <w:pPr>
        <w:pStyle w:val="ListBullet"/>
      </w:pPr>
      <w:r>
        <w:rPr>
          <w:sz w:val="20"/>
        </w:rPr>
        <w:t>Assisting with daily operations and projects within the assigned department.</w:t>
      </w:r>
    </w:p>
    <w:p>
      <w:pPr>
        <w:pStyle w:val="ListBullet"/>
      </w:pPr>
      <w:r>
        <w:rPr>
          <w:sz w:val="20"/>
        </w:rPr>
        <w:t>Observing and learning about company procedures, policies, and workflows.</w:t>
      </w:r>
    </w:p>
    <w:p>
      <w:pPr>
        <w:pStyle w:val="ListBullet"/>
      </w:pPr>
      <w:r>
        <w:rPr>
          <w:sz w:val="20"/>
        </w:rPr>
        <w:t>Completing specific research, administrative, or technical tasks as assigned.</w:t>
      </w:r>
    </w:p>
    <w:p>
      <w:pPr>
        <w:pStyle w:val="ListBullet"/>
      </w:pPr>
      <w:r>
        <w:rPr>
          <w:sz w:val="20"/>
        </w:rPr>
        <w:t>Participating in meetings, training sessions, and reviews as requested.</w:t>
      </w:r>
    </w:p>
    <w:p>
      <w:pPr>
        <w:pStyle w:val="ListBullet"/>
      </w:pPr>
      <w:r>
        <w:rPr>
          <w:sz w:val="20"/>
        </w:rPr>
        <w:t>Maintaining confidentiality of all proprietary and sensitive information.</w:t>
      </w:r>
    </w:p>
    <w:p/>
    <w:p>
      <w:r>
        <w:rPr>
          <w:b/>
          <w:sz w:val="20"/>
        </w:rPr>
        <w:t>Compensation:</w:t>
      </w:r>
    </w:p>
    <w:p>
      <w:r>
        <w:rPr>
          <w:b w:val="0"/>
          <w:sz w:val="20"/>
        </w:rPr>
        <w:t>This internship is unpaid. You will not receive monetary compensation or benefits from the company. However, the company will provide a supportive learning environment and supervision to facilitate your professional development.</w:t>
      </w:r>
    </w:p>
    <w:p/>
    <w:p>
      <w:r>
        <w:rPr>
          <w:b/>
          <w:sz w:val="20"/>
        </w:rPr>
        <w:t>At-Will Internship and Termination:</w:t>
      </w:r>
    </w:p>
    <w:p>
      <w:r>
        <w:rPr>
          <w:b w:val="0"/>
          <w:sz w:val="20"/>
        </w:rPr>
        <w:t>Your participation in this internship is at-will, meaning either you or the company may terminate the internship at any time, with or without cause or prior notice. Upon termination, you agree to return all company property and confidential information.</w:t>
      </w:r>
    </w:p>
    <w:p/>
    <w:p>
      <w:r>
        <w:rPr>
          <w:b/>
          <w:sz w:val="20"/>
        </w:rPr>
        <w:t>Confidentiality:</w:t>
      </w:r>
    </w:p>
    <w:p>
      <w:r>
        <w:rPr>
          <w:b w:val="0"/>
          <w:sz w:val="20"/>
        </w:rPr>
        <w:t>During and after your internship, you agree to maintain the confidentiality of all proprietary, confidential, and trade secret information obtained in connection with your internship. Unauthorized disclosure or use of such information is prohibited.</w:t>
      </w:r>
    </w:p>
    <w:p/>
    <w:p>
      <w:r>
        <w:rPr>
          <w:b/>
          <w:sz w:val="20"/>
        </w:rPr>
        <w:t>Intellectual Property:</w:t>
      </w:r>
    </w:p>
    <w:p>
      <w:r>
        <w:rPr>
          <w:b w:val="0"/>
          <w:sz w:val="20"/>
        </w:rPr>
        <w:t>Any inventions, works, or materials developed by you during the internship related to the company’s business shall be the exclusive property of the company. You agree to assign all rights, titles, and interests in such intellectual property to the company.</w:t>
      </w:r>
    </w:p>
    <w:p/>
    <w:p>
      <w:r>
        <w:rPr>
          <w:b/>
          <w:sz w:val="20"/>
        </w:rPr>
        <w:t>Compliance with Policies and Laws:</w:t>
      </w:r>
    </w:p>
    <w:p>
      <w:r>
        <w:rPr>
          <w:b w:val="0"/>
          <w:sz w:val="20"/>
        </w:rPr>
        <w:t>You agree to comply with all company policies, procedures, and applicable federal, state, and local laws during your internship. Failure to comply may result in termination of your internship.</w:t>
      </w:r>
    </w:p>
    <w:p/>
    <w:p>
      <w:r>
        <w:rPr>
          <w:b/>
          <w:sz w:val="20"/>
        </w:rPr>
        <w:t>No Employment Relationship:</w:t>
      </w:r>
    </w:p>
    <w:p>
      <w:r>
        <w:rPr>
          <w:b w:val="0"/>
          <w:sz w:val="20"/>
        </w:rPr>
        <w:t>This internship does not create an employment relationship between you and the company. You are not entitled to wages, benefits, or other employee rights under this internship offer.</w:t>
      </w:r>
    </w:p>
    <w:p/>
    <w:p>
      <w:r>
        <w:rPr>
          <w:b/>
          <w:sz w:val="20"/>
        </w:rPr>
        <w:t>Acknowledgment and Acceptance:</w:t>
      </w:r>
    </w:p>
    <w:p>
      <w:r>
        <w:rPr>
          <w:b w:val="0"/>
          <w:sz w:val="20"/>
        </w:rPr>
        <w:t>Please indicate your acceptance of this internship offer and the terms herein by signing below and returning a copy of this letter.</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 REPRESENTATIVE</w:t>
            </w:r>
          </w:p>
        </w:tc>
        <w:tc>
          <w:tcPr>
            <w:tcW w:type="dxa" w:w="4986"/>
            <w:tcBorders>
              <w:top w:val="nil"/>
              <w:left w:val="nil"/>
              <w:bottom w:val="nil"/>
              <w:right w:val="nil"/>
              <w:insideH w:val="nil"/>
              <w:insideV w:val="nil"/>
            </w:tcBorders>
          </w:tcPr>
          <w:p>
            <w:pPr>
              <w:jc w:val="center"/>
            </w:pPr>
            <w:r>
              <w:t>INTERN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https://letterdocs-us.com/unpaid-internship-offer-letter/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unpaid-internship-offer-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