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UNABLE TO CONTACT LETTER</w:t>
      </w:r>
    </w:p>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Dear ____________________________,</w:t>
      </w:r>
    </w:p>
    <w:p/>
    <w:p>
      <w:r>
        <w:rPr>
          <w:b w:val="0"/>
          <w:sz w:val="20"/>
        </w:rPr>
        <w:t>This letter serves as a formal notification regarding our repeated attempts to contact you concerning important matters that require your immediate attention. Despite our diligent efforts through various communication channels, we have been unable to establish contact.</w:t>
      </w:r>
    </w:p>
    <w:p/>
    <w:p>
      <w:r>
        <w:rPr>
          <w:b/>
          <w:sz w:val="22"/>
        </w:rPr>
        <w:t>Purpose of Contact:</w:t>
      </w:r>
    </w:p>
    <w:p>
      <w:r>
        <w:rPr>
          <w:b w:val="0"/>
          <w:sz w:val="20"/>
        </w:rPr>
        <w:t>We have attempted to reach you in order to discuss and resolve the following issues: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r>
        <w:rPr>
          <w:b/>
          <w:sz w:val="22"/>
        </w:rPr>
        <w:t>Summary of Communication Attempts:</w:t>
      </w:r>
    </w:p>
    <w:p>
      <w:r>
        <w:rPr>
          <w:b w:val="0"/>
          <w:sz w:val="20"/>
        </w:rPr>
        <w:t>Our attempts to contact you include, but are not limited to, the following:</w:t>
      </w:r>
    </w:p>
    <w:p>
      <w:r>
        <w:rPr>
          <w:b w:val="0"/>
          <w:sz w:val="20"/>
        </w:rPr>
        <w:t>• Phone calls made on: _______________________________________________</w:t>
      </w:r>
    </w:p>
    <w:p>
      <w:r>
        <w:rPr>
          <w:b w:val="0"/>
          <w:sz w:val="20"/>
        </w:rPr>
        <w:t>• Emails sent on: ____________________________________________________</w:t>
      </w:r>
    </w:p>
    <w:p>
      <w:r>
        <w:rPr>
          <w:b w:val="0"/>
          <w:sz w:val="20"/>
        </w:rPr>
        <w:t>• Letters mailed on: _________________________________________________</w:t>
      </w:r>
    </w:p>
    <w:p>
      <w:r>
        <w:rPr>
          <w:b w:val="0"/>
          <w:sz w:val="20"/>
        </w:rPr>
        <w:t>• Other methods (specify): ___________________________________________</w:t>
      </w:r>
    </w:p>
    <w:p/>
    <w:p>
      <w:r>
        <w:rPr>
          <w:b/>
          <w:sz w:val="22"/>
        </w:rPr>
        <w:t>Implications of Non-Response:</w:t>
      </w:r>
    </w:p>
    <w:p>
      <w:r>
        <w:rPr>
          <w:b w:val="0"/>
          <w:sz w:val="20"/>
        </w:rPr>
        <w:t>Please be advised that failure to respond or establish communication may result in the following actions:</w:t>
      </w:r>
    </w:p>
    <w:p>
      <w:r>
        <w:rPr>
          <w:b w:val="0"/>
          <w:sz w:val="20"/>
        </w:rPr>
        <w:t>• Suspension or termination of services/products.</w:t>
      </w:r>
    </w:p>
    <w:p>
      <w:r>
        <w:rPr>
          <w:b w:val="0"/>
          <w:sz w:val="20"/>
        </w:rPr>
        <w:t>• Initiation of collections or legal proceedings.</w:t>
      </w:r>
    </w:p>
    <w:p>
      <w:r>
        <w:rPr>
          <w:b w:val="0"/>
          <w:sz w:val="20"/>
        </w:rPr>
        <w:t>• Reporting to credit bureaus or other relevant agencies.</w:t>
      </w:r>
    </w:p>
    <w:p>
      <w:r>
        <w:rPr>
          <w:b w:val="0"/>
          <w:sz w:val="20"/>
        </w:rPr>
        <w:t>• Any other actions as permitted under applicable United States law.</w:t>
      </w:r>
    </w:p>
    <w:p/>
    <w:p>
      <w:r>
        <w:rPr>
          <w:b/>
          <w:sz w:val="22"/>
        </w:rPr>
        <w:t>Request for Immediate Response:</w:t>
      </w:r>
    </w:p>
    <w:p>
      <w:r>
        <w:rPr>
          <w:b w:val="0"/>
          <w:sz w:val="20"/>
        </w:rPr>
        <w:t>We urge you to contact us promptly to address the outstanding matters and avoid any adverse consequences. Please reach out via the contact information provided above within _______________ days of receipt of this letter.</w:t>
      </w:r>
    </w:p>
    <w:p/>
    <w:p>
      <w:r>
        <w:rPr>
          <w:b/>
          <w:sz w:val="22"/>
        </w:rPr>
        <w:t>Contact Information:</w:t>
      </w:r>
    </w:p>
    <w:p>
      <w:r>
        <w:rPr>
          <w:b w:val="0"/>
          <w:sz w:val="20"/>
        </w:rPr>
        <w:t>You may contact the undersigned directly at:</w:t>
      </w:r>
    </w:p>
    <w:p>
      <w:r>
        <w:rPr>
          <w:b w:val="0"/>
          <w:sz w:val="20"/>
        </w:rPr>
        <w:t>Phone: ________________________________________________________________</w:t>
      </w:r>
    </w:p>
    <w:p>
      <w:r>
        <w:rPr>
          <w:b w:val="0"/>
          <w:sz w:val="20"/>
        </w:rPr>
        <w:t>Email: _________________________________________________________________</w:t>
      </w:r>
    </w:p>
    <w:p/>
    <w:p>
      <w:r>
        <w:rPr>
          <w:b w:val="0"/>
          <w:sz w:val="20"/>
        </w:rPr>
        <w:t>We hope to resolve this matter amicably and look forward to your timely response.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https://letterdocs-us.com/unable-to-contact-letter/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unable-to-contac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