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TWO WEEKS NOTICE OF TERMINATION OF EMPLOYMENT</w:t>
      </w:r>
    </w:p>
    <w:p/>
    <w:p/>
    <w:p>
      <w:r>
        <w:rPr>
          <w:b w:val="0"/>
          <w:sz w:val="20"/>
        </w:rPr>
        <w:t>To Whom It May Concern,</w:t>
      </w:r>
    </w:p>
    <w:p/>
    <w:p>
      <w:r>
        <w:rPr>
          <w:b w:val="0"/>
          <w:sz w:val="20"/>
        </w:rPr>
        <w:t>This letter serves as formal notice of my resignation from my position at the company. In accordance with my employment agreement and applicable United States labor laws, I hereby provide two weeks' notice of my intent to terminate my employment relationship.</w:t>
      </w:r>
    </w:p>
    <w:p/>
    <w:p>
      <w:r>
        <w:rPr>
          <w:b/>
          <w:sz w:val="20"/>
        </w:rPr>
        <w:t>Employee Information:</w:t>
      </w:r>
    </w:p>
    <w:p>
      <w:r>
        <w:rPr>
          <w:b w:val="0"/>
          <w:sz w:val="20"/>
        </w:rPr>
        <w:t>Full Name: ____________________________________________________________</w:t>
      </w:r>
    </w:p>
    <w:p>
      <w:r>
        <w:rPr>
          <w:b w:val="0"/>
          <w:sz w:val="20"/>
        </w:rPr>
        <w:t>Position/Title: ________________________________________________________</w:t>
      </w:r>
    </w:p>
    <w:p>
      <w:r>
        <w:rPr>
          <w:b w:val="0"/>
          <w:sz w:val="20"/>
        </w:rPr>
        <w:t>Department: ___________________________________________________________</w:t>
      </w:r>
    </w:p>
    <w:p>
      <w:r>
        <w:rPr>
          <w:b w:val="0"/>
          <w:sz w:val="20"/>
        </w:rPr>
        <w:t>Employee ID (if applicable): ___________________________________________</w:t>
      </w:r>
    </w:p>
    <w:p/>
    <w:p>
      <w:r>
        <w:rPr>
          <w:b/>
          <w:sz w:val="20"/>
        </w:rPr>
        <w:t>Employer Information:</w:t>
      </w:r>
    </w:p>
    <w:p>
      <w:r>
        <w:rPr>
          <w:b w:val="0"/>
          <w:sz w:val="20"/>
        </w:rPr>
        <w:t>Company Name: ________________________________________________________</w:t>
      </w:r>
    </w:p>
    <w:p>
      <w:r>
        <w:rPr>
          <w:b w:val="0"/>
          <w:sz w:val="20"/>
        </w:rPr>
        <w:t>Supervisor/Manager: ___________________________________________________</w:t>
      </w:r>
    </w:p>
    <w:p>
      <w:r>
        <w:rPr>
          <w:b w:val="0"/>
          <w:sz w:val="20"/>
        </w:rPr>
        <w:t>Company Address: _____________________________________________________</w:t>
      </w:r>
    </w:p>
    <w:p>
      <w:r>
        <w:rPr>
          <w:b w:val="0"/>
          <w:sz w:val="20"/>
        </w:rPr>
        <w:t>Phone: _______________________________________________________________</w:t>
      </w:r>
    </w:p>
    <w:p/>
    <w:p>
      <w:r>
        <w:rPr>
          <w:b/>
          <w:sz w:val="20"/>
        </w:rPr>
        <w:t>Effective Date of Resignation:</w:t>
      </w:r>
    </w:p>
    <w:p>
      <w:r>
        <w:rPr>
          <w:b w:val="0"/>
          <w:sz w:val="20"/>
        </w:rPr>
        <w:t>My last working day will be: ____________________________________________</w:t>
      </w:r>
    </w:p>
    <w:p/>
    <w:p>
      <w:r>
        <w:rPr>
          <w:b w:val="0"/>
          <w:sz w:val="20"/>
        </w:rPr>
        <w:t>I intend to continue performing my duties to the best of my abilities during the notice period and assist with any transition efforts necessary to ensure a smooth and effective handover of my responsibilities.</w:t>
      </w:r>
    </w:p>
    <w:p/>
    <w:p>
      <w:r>
        <w:rPr>
          <w:b/>
          <w:sz w:val="20"/>
        </w:rPr>
        <w:t>Return of Company Property:</w:t>
      </w:r>
    </w:p>
    <w:p>
      <w:r>
        <w:rPr>
          <w:b w:val="0"/>
          <w:sz w:val="20"/>
        </w:rPr>
        <w:t>I acknowledge that all company property, including but not limited to keys, access cards, documents, electronic devices, and any confidential information, must be returned on or before my last working day.</w:t>
      </w:r>
    </w:p>
    <w:p/>
    <w:p>
      <w:r>
        <w:rPr>
          <w:b/>
          <w:sz w:val="20"/>
        </w:rPr>
        <w:t>Confidentiality and Non-Disclosure:</w:t>
      </w:r>
    </w:p>
    <w:p>
      <w:r>
        <w:rPr>
          <w:b w:val="0"/>
          <w:sz w:val="20"/>
        </w:rPr>
        <w:t>I reaffirm my commitment to abide by all confidentiality and non-disclosure agreements signed during the course of my employment, both during and after the termination of my employment.</w:t>
      </w:r>
    </w:p>
    <w:p/>
    <w:p>
      <w:r>
        <w:rPr>
          <w:b/>
          <w:sz w:val="20"/>
        </w:rPr>
        <w:t>Final Compensation:</w:t>
      </w:r>
    </w:p>
    <w:p>
      <w:r>
        <w:rPr>
          <w:b w:val="0"/>
          <w:sz w:val="20"/>
        </w:rPr>
        <w:t>I understand that I will receive all earned wages, accrued but unused vacation or paid time off, and any other benefits or compensation owed to me under the terms of my employment and applicable laws.</w:t>
      </w:r>
    </w:p>
    <w:p/>
    <w:p>
      <w:r>
        <w:rPr>
          <w:b/>
          <w:sz w:val="20"/>
        </w:rPr>
        <w:t>Good Faith and Non-Retaliation:</w:t>
      </w:r>
    </w:p>
    <w:p>
      <w:r>
        <w:rPr>
          <w:b w:val="0"/>
          <w:sz w:val="20"/>
        </w:rPr>
        <w:t>I expect that this resignation will be accepted without retaliation or adverse action and that all matters will be handled in good faith and in compliance with applicable federal, state, and local laws.</w:t>
      </w:r>
    </w:p>
    <w:p/>
    <w:p>
      <w:r>
        <w:rPr>
          <w:b/>
          <w:sz w:val="20"/>
        </w:rPr>
        <w:t>Forwarding Contact Information:</w:t>
      </w:r>
    </w:p>
    <w:p>
      <w:r>
        <w:rPr>
          <w:b w:val="0"/>
          <w:sz w:val="20"/>
        </w:rPr>
        <w:t>Please use the following address and contact details for any future correspondence:</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val="0"/>
          <w:sz w:val="20"/>
        </w:rPr>
        <w:t>Thank you for the opportunities and experiences I have had during my tenure at the company. I wish the organization continued success.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https://letterdocs-us.com/two-weeks-letter/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two-weeks-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