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THANK YOU LETTER AFTER INTERVIEW</w:t>
      </w:r>
    </w:p>
    <w:p/>
    <w:p/>
    <w:p>
      <w:r>
        <w:rPr>
          <w:b/>
          <w:sz w:val="20"/>
        </w:rPr>
        <w:t>Recipient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Position/Title: ________________________________________________________</w:t>
      </w:r>
    </w:p>
    <w:p>
      <w:r>
        <w:rPr>
          <w:b w:val="0"/>
          <w:sz w:val="20"/>
        </w:rPr>
        <w:t>Company Name: ________________________________________________________</w:t>
      </w:r>
    </w:p>
    <w:p>
      <w:r>
        <w:rPr>
          <w:b w:val="0"/>
          <w:sz w:val="20"/>
        </w:rPr>
        <w:t>Company Address: _____________________________________________________</w:t>
      </w:r>
    </w:p>
    <w:p>
      <w:r>
        <w:rPr>
          <w:b w:val="0"/>
          <w:sz w:val="20"/>
        </w:rPr>
        <w:t>City, State, Zip Code: ________________________________________________</w:t>
      </w:r>
    </w:p>
    <w:p/>
    <w:p/>
    <w:p>
      <w:r>
        <w:rPr>
          <w:b w:val="0"/>
          <w:sz w:val="20"/>
        </w:rPr>
        <w:t>Dear ________________________________________________________________,</w:t>
      </w:r>
    </w:p>
    <w:p/>
    <w:p>
      <w:r>
        <w:rPr>
          <w:b w:val="0"/>
          <w:sz w:val="20"/>
        </w:rPr>
        <w:t>I would like to sincerely thank you for the opportunity to interview for the position of ___________________________________________________ at ___________________________________________________________. I appreciate the time you took to discuss the role, the team, and the company's culture.</w:t>
      </w:r>
    </w:p>
    <w:p/>
    <w:p>
      <w:r>
        <w:rPr>
          <w:b w:val="0"/>
          <w:sz w:val="20"/>
        </w:rPr>
        <w:t>After our conversation, I am even more enthusiastic about the possibility of contributing to your organization. I believe my experience in _____________________________________________________________, combined with my skills in _____________________________________________________________, aligns well with the requirements and responsibilities of the position.</w:t>
      </w:r>
    </w:p>
    <w:p/>
    <w:p>
      <w:r>
        <w:rPr>
          <w:b w:val="0"/>
          <w:sz w:val="20"/>
        </w:rPr>
        <w:t>Please do not hesitate to contact me if you require any further information or clarification about my qualifications or previous work. I remain very interested in joining your team and contributing to the continued success of _______________________________________________________________.</w:t>
      </w:r>
    </w:p>
    <w:p/>
    <w:p>
      <w:r>
        <w:rPr>
          <w:b w:val="0"/>
          <w:sz w:val="20"/>
        </w:rPr>
        <w:t>Thank you once again for considering my application. I look forward to the possibility of working together and contributing to your esteemed company.</w:t>
      </w:r>
    </w:p>
    <w:p/>
    <w:p/>
    <w:p>
      <w:r>
        <w:rPr>
          <w:b w:val="0"/>
          <w:sz w:val="20"/>
        </w:rPr>
        <w:t>Sincerely,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Full Name: ____________________________________________________________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Phone Number: _______________________________________________________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Email Address: _______________________________________________________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https://letterdocs-us.com/thank-you-letter-after-interview/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https://letterdocs-us.com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letterdocs-us.com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erdocs-us.com/thank-you-letter-after-interview/" TargetMode="External"/><Relationship Id="rId10" Type="http://schemas.openxmlformats.org/officeDocument/2006/relationships/hyperlink" Target="https://letterdocs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