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TENANT REFERENCE LETTER</w:t>
      </w:r>
    </w:p>
    <w:p/>
    <w:p/>
    <w:p>
      <w:r>
        <w:rPr>
          <w:b w:val="0"/>
          <w:sz w:val="20"/>
        </w:rPr>
        <w:t>To Whom It May Concern:</w:t>
      </w:r>
    </w:p>
    <w:p/>
    <w:p>
      <w:r>
        <w:rPr>
          <w:b w:val="0"/>
          <w:sz w:val="20"/>
        </w:rPr>
        <w:t>This letter is provided as a formal reference for the tenant named below who has leased property from us. It is intended to assist in their application for future tenancy and to confirm key details related to their tenancy history and conduct.</w:t>
      </w:r>
    </w:p>
    <w:p/>
    <w:p>
      <w:r>
        <w:rPr>
          <w:b/>
          <w:sz w:val="22"/>
        </w:rPr>
        <w:t>Tenant Information</w:t>
      </w:r>
    </w:p>
    <w:p>
      <w:r>
        <w:rPr>
          <w:b w:val="0"/>
          <w:sz w:val="20"/>
        </w:rPr>
        <w:t>Full Legal Name: ________________________________________________________________</w:t>
      </w:r>
    </w:p>
    <w:p>
      <w:r>
        <w:rPr>
          <w:b w:val="0"/>
          <w:sz w:val="20"/>
        </w:rPr>
        <w:t>Current Address: ________________________________________________________________</w:t>
      </w:r>
    </w:p>
    <w:p>
      <w:r>
        <w:rPr>
          <w:b w:val="0"/>
          <w:sz w:val="20"/>
        </w:rPr>
        <w:t>Contact Phone Number: ___________________________________________________________</w:t>
      </w:r>
    </w:p>
    <w:p>
      <w:r>
        <w:rPr>
          <w:b w:val="0"/>
          <w:sz w:val="20"/>
        </w:rPr>
        <w:t>Email Address: _________________________________________________________________</w:t>
      </w:r>
    </w:p>
    <w:p/>
    <w:p>
      <w:r>
        <w:rPr>
          <w:b/>
          <w:sz w:val="22"/>
        </w:rPr>
        <w:t>Rental Property Information</w:t>
      </w:r>
    </w:p>
    <w:p>
      <w:r>
        <w:rPr>
          <w:b w:val="0"/>
          <w:sz w:val="20"/>
        </w:rPr>
        <w:t>Property Address: _______________________________________________________________</w:t>
      </w:r>
    </w:p>
    <w:p>
      <w:r>
        <w:rPr>
          <w:b w:val="0"/>
          <w:sz w:val="20"/>
        </w:rPr>
        <w:t>Lease Commencement Date: _______________________________________________________</w:t>
      </w:r>
    </w:p>
    <w:p>
      <w:r>
        <w:rPr>
          <w:b w:val="0"/>
          <w:sz w:val="20"/>
        </w:rPr>
        <w:t>Lease Term: ___________________________________________________________________</w:t>
      </w:r>
    </w:p>
    <w:p>
      <w:r>
        <w:rPr>
          <w:b w:val="0"/>
          <w:sz w:val="20"/>
        </w:rPr>
        <w:t>Monthly Rent Amount: ____________________________________________________________</w:t>
      </w:r>
    </w:p>
    <w:p>
      <w:r>
        <w:rPr>
          <w:b w:val="0"/>
          <w:sz w:val="20"/>
        </w:rPr>
        <w:t>Security Deposit Amount: _______________________________________________________</w:t>
      </w:r>
    </w:p>
    <w:p/>
    <w:p>
      <w:r>
        <w:rPr>
          <w:b/>
          <w:sz w:val="22"/>
        </w:rPr>
        <w:t>Tenancy Performance and Conduct</w:t>
      </w:r>
    </w:p>
    <w:p>
      <w:r>
        <w:rPr>
          <w:b w:val="0"/>
          <w:sz w:val="20"/>
        </w:rPr>
        <w:t>The tenant has consistently paid rent on time and in full throughout the duration of their lease. They have complied with all lease terms and conditions, including maintaining the property in good condition, adhering to community rules, and respecting neighbors.</w:t>
      </w:r>
    </w:p>
    <w:p/>
    <w:p>
      <w:r>
        <w:rPr>
          <w:b w:val="0"/>
          <w:sz w:val="20"/>
        </w:rPr>
        <w:t>The tenant has not been involved in any lease violations, property damage, or disturbances warranting formal complaints or eviction proceedings. Any minor maintenance issues have been promptly reported and coordinated for resolution.</w:t>
      </w:r>
    </w:p>
    <w:p/>
    <w:p>
      <w:r>
        <w:rPr>
          <w:b/>
          <w:sz w:val="22"/>
        </w:rPr>
        <w:t>Property Condition Upon Move-Out</w:t>
      </w:r>
    </w:p>
    <w:p>
      <w:r>
        <w:rPr>
          <w:b w:val="0"/>
          <w:sz w:val="20"/>
        </w:rPr>
        <w:t>Upon termination of the lease, the tenant is expected to return the property in a clean and undamaged condition, reasonable wear and tear excepted. Security deposit deductions, if any, will be itemized and communicated according to applicable state laws.</w:t>
      </w:r>
    </w:p>
    <w:p/>
    <w:p>
      <w:r>
        <w:rPr>
          <w:b/>
          <w:sz w:val="22"/>
        </w:rPr>
        <w:t>Legal Compliance and Liability</w:t>
      </w:r>
    </w:p>
    <w:p>
      <w:r>
        <w:rPr>
          <w:b w:val="0"/>
          <w:sz w:val="20"/>
        </w:rPr>
        <w:t>This reference letter is provided in good faith based on the landlord's records and observations. It is intended solely to inform prospective landlords or property managers and shall not be construed as a guarantee of future tenant behavior.</w:t>
      </w:r>
    </w:p>
    <w:p/>
    <w:p>
      <w:r>
        <w:rPr>
          <w:b w:val="0"/>
          <w:sz w:val="20"/>
        </w:rPr>
        <w:t>The landlord makes no warranties or representations beyond the information contained herein and disclaims any liability for decisions made by third parties relying on this letter.</w:t>
      </w:r>
    </w:p>
    <w:p/>
    <w:p>
      <w:r>
        <w:rPr>
          <w:b w:val="0"/>
          <w:sz w:val="20"/>
        </w:rPr>
        <w:t>Should you require any additional information or clarification regarding this tenant, please do not hesitate to contact us at the details provided below.</w:t>
      </w:r>
    </w:p>
    <w:p/>
    <w:p/>
    <w:p>
      <w:r>
        <w:rPr>
          <w:b/>
          <w:sz w:val="22"/>
        </w:rPr>
        <w:t>Landlord/Property Manager Contact Information</w:t>
      </w:r>
    </w:p>
    <w:p>
      <w:r>
        <w:rPr>
          <w:b w:val="0"/>
          <w:sz w:val="20"/>
        </w:rPr>
        <w:t>Name: ________________________________________________________________________</w:t>
      </w:r>
    </w:p>
    <w:p>
      <w:r>
        <w:rPr>
          <w:b w:val="0"/>
          <w:sz w:val="20"/>
        </w:rPr>
        <w:t>Title/Position: _________________________________________________________________</w:t>
      </w:r>
    </w:p>
    <w:p>
      <w:r>
        <w:rPr>
          <w:b w:val="0"/>
          <w:sz w:val="20"/>
        </w:rPr>
        <w:t>Company/Organization (if applicable): ____________________________________________</w:t>
      </w:r>
    </w:p>
    <w:p>
      <w:r>
        <w:rPr>
          <w:b w:val="0"/>
          <w:sz w:val="20"/>
        </w:rPr>
        <w:t>Phone Number: _________________________________________________________________</w:t>
      </w:r>
    </w:p>
    <w:p>
      <w:r>
        <w:rPr>
          <w:b w:val="0"/>
          <w:sz w:val="20"/>
        </w:rPr>
        <w:t>Email Address: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 / PROPERTY MANAGER</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w:t>
            </w:r>
          </w:p>
        </w:tc>
      </w:tr>
      <w:tr>
        <w:tc>
          <w:tcPr>
            <w:tcW w:type="dxa" w:w="4986"/>
            <w:tcBorders>
              <w:top w:val="nil"/>
              <w:left w:val="nil"/>
              <w:bottom w:val="nil"/>
              <w:right w:val="nil"/>
              <w:insideH w:val="nil"/>
              <w:insideV w:val="nil"/>
            </w:tcBorders>
          </w:tcPr>
          <w:p>
            <w:pPr>
              <w:jc w:val="center"/>
            </w:pPr>
            <w:r>
              <w:t>Printed Name: __________________________________</w:t>
            </w:r>
          </w:p>
        </w:tc>
        <w:tc>
          <w:tcPr>
            <w:tcW w:type="dxa" w:w="4986"/>
            <w:tcBorders>
              <w:top w:val="nil"/>
              <w:left w:val="nil"/>
              <w:bottom w:val="nil"/>
              <w:right w:val="nil"/>
              <w:insideH w:val="nil"/>
              <w:insideV w:val="nil"/>
            </w:tcBorders>
          </w:tcPr>
          <w:p>
            <w:pPr>
              <w:jc w:val="center"/>
            </w:pPr>
            <w:r>
              <w:t>Printed 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https://letterdocs-us.com/tenant-reference-letter/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tenant-referenc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