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TEMPORARY LAYOFF NOTIFICATION LETTER</w:t>
      </w:r>
    </w:p>
    <w:p/>
    <w:p/>
    <w:p>
      <w:r>
        <w:rPr>
          <w:b/>
          <w:sz w:val="20"/>
        </w:rPr>
        <w:t>Company Information:</w:t>
      </w:r>
    </w:p>
    <w:p>
      <w:r>
        <w:rPr>
          <w:b w:val="0"/>
          <w:sz w:val="20"/>
        </w:rPr>
        <w:t>Company Name: ____________________________________________________________</w:t>
      </w:r>
    </w:p>
    <w:p>
      <w:r>
        <w:rPr>
          <w:b w:val="0"/>
          <w:sz w:val="20"/>
        </w:rPr>
        <w:t>Company Address: _________________________________________________________</w:t>
      </w:r>
    </w:p>
    <w:p>
      <w:r>
        <w:rPr>
          <w:b w:val="0"/>
          <w:sz w:val="20"/>
        </w:rPr>
        <w:t>City, State, ZIP: _________________________________________________________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p/>
    <w:p>
      <w:r>
        <w:rPr>
          <w:b/>
          <w:sz w:val="20"/>
        </w:rPr>
        <w:t>Employee Information:</w:t>
      </w:r>
    </w:p>
    <w:p>
      <w:r>
        <w:rPr>
          <w:b w:val="0"/>
          <w:sz w:val="20"/>
        </w:rPr>
        <w:t>Employee Name: ___________________________________________________________</w:t>
      </w:r>
    </w:p>
    <w:p>
      <w:r>
        <w:rPr>
          <w:b w:val="0"/>
          <w:sz w:val="20"/>
        </w:rPr>
        <w:t>Employee Address: ________________________________________________________</w:t>
      </w:r>
    </w:p>
    <w:p>
      <w:r>
        <w:rPr>
          <w:b w:val="0"/>
          <w:sz w:val="20"/>
        </w:rPr>
        <w:t>City, State, ZIP: _________________________________________________________</w:t>
      </w:r>
    </w:p>
    <w:p>
      <w:r>
        <w:rPr>
          <w:b w:val="0"/>
          <w:sz w:val="20"/>
        </w:rPr>
        <w:t>Position/Job Title: _______________________________________________________</w:t>
      </w:r>
    </w:p>
    <w:p>
      <w:r>
        <w:rPr>
          <w:b w:val="0"/>
          <w:sz w:val="20"/>
        </w:rPr>
        <w:t>Employee ID (if applicable): ______________________________________________</w:t>
      </w:r>
    </w:p>
    <w:p/>
    <w:p/>
    <w:p>
      <w:r>
        <w:rPr>
          <w:b w:val="0"/>
          <w:sz w:val="20"/>
        </w:rPr>
        <w:t>Dear ________________________________________________________________,</w:t>
      </w:r>
    </w:p>
    <w:p/>
    <w:p>
      <w:r>
        <w:rPr>
          <w:b w:val="0"/>
          <w:sz w:val="20"/>
        </w:rPr>
        <w:t>This letter serves as formal notification of a temporary layoff from your position at the Company named above. Due to operational and business conditions beyond our control, it has become necessary to suspend your employment temporarily.</w:t>
      </w:r>
    </w:p>
    <w:p/>
    <w:p>
      <w:r>
        <w:rPr>
          <w:b/>
          <w:sz w:val="22"/>
        </w:rPr>
        <w:t>Layoff Details:</w:t>
      </w:r>
    </w:p>
    <w:p>
      <w:r>
        <w:rPr>
          <w:b w:val="0"/>
          <w:sz w:val="20"/>
        </w:rPr>
        <w:t>Reason for Layoff:</w:t>
      </w:r>
    </w:p>
    <w:p>
      <w:r>
        <w:rPr>
          <w:b w:val="0"/>
          <w:sz w:val="20"/>
        </w:rPr>
        <w:t>____________________________________________________________________________</w:t>
      </w:r>
    </w:p>
    <w:p>
      <w:r>
        <w:rPr>
          <w:b w:val="0"/>
          <w:sz w:val="20"/>
        </w:rPr>
        <w:t>____________________________________________________________________________</w:t>
      </w:r>
    </w:p>
    <w:p/>
    <w:p>
      <w:r>
        <w:rPr>
          <w:b w:val="0"/>
          <w:sz w:val="20"/>
        </w:rPr>
        <w:t>Effective Layoff Start Date: ______________________________________________</w:t>
      </w:r>
    </w:p>
    <w:p>
      <w:r>
        <w:rPr>
          <w:b w:val="0"/>
          <w:sz w:val="20"/>
        </w:rPr>
        <w:t>Expected Duration of Layoff: _______________________________________________</w:t>
      </w:r>
    </w:p>
    <w:p>
      <w:r>
        <w:rPr>
          <w:b w:val="0"/>
          <w:sz w:val="20"/>
        </w:rPr>
        <w:t>Estimated Recall Date: ____________________________________________________</w:t>
      </w:r>
    </w:p>
    <w:p/>
    <w:p>
      <w:r>
        <w:rPr>
          <w:b w:val="0"/>
          <w:sz w:val="20"/>
        </w:rPr>
        <w:t>Your layoff status means that your employment relationship with the Company is temporarily suspended, and you will not be required to perform work or receive wages during this period. However, you may be eligible for unemployment benefits as per applicable state and federal laws.</w:t>
      </w:r>
    </w:p>
    <w:p/>
    <w:p>
      <w:r>
        <w:rPr>
          <w:b/>
          <w:sz w:val="22"/>
        </w:rPr>
        <w:t>Employee Rights and Responsibilities:</w:t>
      </w:r>
    </w:p>
    <w:p>
      <w:r>
        <w:rPr>
          <w:b w:val="0"/>
          <w:sz w:val="20"/>
        </w:rPr>
        <w:t>1. You are expected to maintain communication with the Human Resources department during the layoff period. Please provide updated contact information as necessary.</w:t>
      </w:r>
    </w:p>
    <w:p>
      <w:r>
        <w:rPr>
          <w:b w:val="0"/>
          <w:sz w:val="20"/>
        </w:rPr>
        <w:t>2. You may be eligible to continue health insurance coverage under the Consolidated Omnibus Budget Reconciliation Act (COBRA) or other applicable state laws. Details will be provided separately.</w:t>
      </w:r>
    </w:p>
    <w:p>
      <w:r>
        <w:rPr>
          <w:b w:val="0"/>
          <w:sz w:val="20"/>
        </w:rPr>
        <w:t>3. You should apply for unemployment insurance benefits as soon as possible through your state’s unemployment office.</w:t>
      </w:r>
    </w:p>
    <w:p>
      <w:r>
        <w:rPr>
          <w:b w:val="0"/>
          <w:sz w:val="20"/>
        </w:rPr>
        <w:t>4. The Company reserves the right to recall employees based on business needs. You will receive written notice prior to recall.</w:t>
      </w:r>
    </w:p>
    <w:p>
      <w:r>
        <w:rPr>
          <w:b w:val="0"/>
          <w:sz w:val="20"/>
        </w:rPr>
        <w:t>5. During the layoff period, you are responsible for complying with any confidentiality or non-disclosure agreements signed at the time of employment.</w:t>
      </w:r>
    </w:p>
    <w:p/>
    <w:p>
      <w:r>
        <w:rPr>
          <w:b/>
          <w:sz w:val="22"/>
        </w:rPr>
        <w:t>Disclaimer:</w:t>
      </w:r>
    </w:p>
    <w:p>
      <w:r>
        <w:rPr>
          <w:b w:val="0"/>
          <w:sz w:val="20"/>
        </w:rPr>
        <w:t>This temporary layoff notification does not constitute a termination of your employment. Your employment status remains in effect unless otherwise notified. The Company makes no guarantees as to the duration of the layoff or recall date, which are subject to business conditions and operational needs.</w:t>
      </w:r>
    </w:p>
    <w:p/>
    <w:p>
      <w:r>
        <w:rPr>
          <w:b/>
          <w:sz w:val="22"/>
        </w:rPr>
        <w:t>Return to Work:</w:t>
      </w:r>
    </w:p>
    <w:p>
      <w:r>
        <w:rPr>
          <w:b w:val="0"/>
          <w:sz w:val="20"/>
        </w:rPr>
        <w:t>You will be notified in writing regarding your return to work date. Upon recall, you are expected to resume your duties promptly.</w:t>
      </w:r>
    </w:p>
    <w:p/>
    <w:p>
      <w:r>
        <w:rPr>
          <w:b/>
          <w:sz w:val="22"/>
        </w:rPr>
        <w:t>Contact Information:</w:t>
      </w:r>
    </w:p>
    <w:p>
      <w:r>
        <w:rPr>
          <w:b w:val="0"/>
          <w:sz w:val="20"/>
        </w:rPr>
        <w:t>If you have any questions or require assistance during your layoff, please contact the Human Resources department at the phone number or email address above.</w:t>
      </w:r>
    </w:p>
    <w:p/>
    <w:p/>
    <w:p>
      <w:r>
        <w:rPr>
          <w:b w:val="0"/>
          <w:sz w:val="20"/>
        </w:rPr>
        <w:t>We appreciate your contribution to the Company and regret the necessity of this temporary layoff. We look forward to your return and continuing our working relationship.</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 REPRESENTATIVE</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t>Name: ___________________________________________________________</w:t>
            </w:r>
          </w:p>
        </w:tc>
        <w:tc>
          <w:tcPr>
            <w:tcW w:type="dxa" w:w="4986"/>
            <w:tcBorders>
              <w:top w:val="nil"/>
              <w:left w:val="nil"/>
              <w:bottom w:val="nil"/>
              <w:right w:val="nil"/>
              <w:insideH w:val="nil"/>
              <w:insideV w:val="nil"/>
            </w:tcBorders>
          </w:tcPr>
          <w:p>
            <w:pPr>
              <w:jc w:val="center"/>
            </w:pPr>
            <w:r>
              <w:t>Name: ___________________________________________________________</w:t>
            </w:r>
          </w:p>
        </w:tc>
      </w:tr>
      <w:tr>
        <w:tc>
          <w:tcPr>
            <w:tcW w:type="dxa" w:w="4986"/>
            <w:tcBorders>
              <w:top w:val="nil"/>
              <w:left w:val="nil"/>
              <w:bottom w:val="nil"/>
              <w:right w:val="nil"/>
              <w:insideH w:val="nil"/>
              <w:insideV w:val="nil"/>
            </w:tcBorders>
          </w:tcPr>
          <w:p>
            <w:pPr>
              <w:jc w:val="center"/>
            </w:pPr>
            <w:r>
              <w:br/>
              <w:t>Signature: ____________________________________  Date: ____________</w:t>
            </w:r>
          </w:p>
        </w:tc>
        <w:tc>
          <w:tcPr>
            <w:tcW w:type="dxa" w:w="4986"/>
            <w:tcBorders>
              <w:top w:val="nil"/>
              <w:left w:val="nil"/>
              <w:bottom w:val="nil"/>
              <w:right w:val="nil"/>
              <w:insideH w:val="nil"/>
              <w:insideV w:val="nil"/>
            </w:tcBorders>
          </w:tcPr>
          <w:p>
            <w:pPr>
              <w:jc w:val="center"/>
            </w:pPr>
            <w:r>
              <w:br/>
              <w:t>Signature: ____________________________________  Date: ____________</w:t>
            </w:r>
          </w:p>
        </w:tc>
      </w:tr>
      <w:tr>
        <w:tc>
          <w:tcPr>
            <w:tcW w:type="dxa" w:w="4986"/>
            <w:tcBorders>
              <w:top w:val="nil"/>
              <w:left w:val="nil"/>
              <w:bottom w:val="nil"/>
              <w:right w:val="nil"/>
              <w:insideH w:val="nil"/>
              <w:insideV w:val="nil"/>
            </w:tcBorders>
          </w:tcPr>
          <w:p>
            <w:pPr>
              <w:jc w:val="center"/>
            </w:pPr>
            <w:r>
              <w:t>Title/Position: _______________________________________________</w:t>
            </w:r>
          </w:p>
        </w:tc>
        <w:tc>
          <w:tcPr>
            <w:tcW w:type="dxa" w:w="4986"/>
            <w:tcBorders>
              <w:top w:val="nil"/>
              <w:left w:val="nil"/>
              <w:bottom w:val="nil"/>
              <w:right w:val="nil"/>
              <w:insideH w:val="nil"/>
              <w:insideV w:val="nil"/>
            </w:tcBorders>
          </w:tcPr>
          <w:p>
            <w:pPr>
              <w:jc w:val="center"/>
            </w:pPr>
            <w:r>
              <w:t>Title/Position (if applicable): 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https://letterdocs-us.com/temporary-layoff-letter/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temporary-layoff-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