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TAX ENGAGEMENT LETTER</w:t>
      </w:r>
    </w:p>
    <w:p/>
    <w:p>
      <w:r>
        <w:rPr>
          <w:b/>
          <w:sz w:val="20"/>
        </w:rPr>
        <w:t>To:</w:t>
      </w:r>
    </w:p>
    <w:p>
      <w:r>
        <w:rPr>
          <w:b w:val="0"/>
          <w:sz w:val="20"/>
        </w:rPr>
        <w:t>Client Name: ____________________________________________________________</w:t>
      </w:r>
    </w:p>
    <w:p>
      <w:r>
        <w:rPr>
          <w:b w:val="0"/>
          <w:sz w:val="20"/>
        </w:rPr>
        <w:t>Client Address: _________________________________________________________</w:t>
      </w:r>
    </w:p>
    <w:p>
      <w:r>
        <w:rPr>
          <w:b w:val="0"/>
          <w:sz w:val="20"/>
        </w:rPr>
        <w:t>City, State, ZIP: _______________________________________________________</w:t>
      </w:r>
    </w:p>
    <w:p>
      <w:r>
        <w:rPr>
          <w:b w:val="0"/>
          <w:sz w:val="20"/>
        </w:rPr>
        <w:t>Phone: _________________________________________________________________</w:t>
      </w:r>
    </w:p>
    <w:p/>
    <w:p/>
    <w:p>
      <w:r>
        <w:rPr>
          <w:b/>
          <w:sz w:val="20"/>
        </w:rPr>
        <w:t>Dear Client,</w:t>
      </w:r>
    </w:p>
    <w:p/>
    <w:p>
      <w:r>
        <w:rPr>
          <w:b w:val="0"/>
          <w:sz w:val="20"/>
        </w:rPr>
        <w:t>This letter confirms the terms of our engagement and the nature and limitations of the services we will provide.</w:t>
      </w:r>
    </w:p>
    <w:p/>
    <w:p>
      <w:r>
        <w:rPr>
          <w:b/>
          <w:sz w:val="20"/>
        </w:rPr>
        <w:t>1. Scope of Services</w:t>
      </w:r>
    </w:p>
    <w:p>
      <w:r>
        <w:rPr>
          <w:b w:val="0"/>
          <w:sz w:val="20"/>
        </w:rPr>
        <w:t>We will prepare your federal and applicable state and local income tax returns for the tax year(s): ________________. Our services are limited to the preparation of these tax returns and do not include any audit, review, or other assurance services.</w:t>
      </w:r>
    </w:p>
    <w:p/>
    <w:p>
      <w:r>
        <w:rPr>
          <w:b/>
          <w:sz w:val="20"/>
        </w:rPr>
        <w:t>2. Client Responsibilities</w:t>
      </w:r>
    </w:p>
    <w:p>
      <w:r>
        <w:rPr>
          <w:b w:val="0"/>
          <w:sz w:val="20"/>
        </w:rPr>
        <w:t>You agree to provide us with all necessary information and documentation required for the preparation of the tax returns, including but not limited to income statements, expense records, prior year returns, and any other relevant data. You represent that all such information you provide is accurate, complete, and timely.</w:t>
      </w:r>
    </w:p>
    <w:p/>
    <w:p>
      <w:r>
        <w:rPr>
          <w:b/>
          <w:sz w:val="20"/>
        </w:rPr>
        <w:t>3. Limitations of Services</w:t>
      </w:r>
    </w:p>
    <w:p>
      <w:r>
        <w:rPr>
          <w:b w:val="0"/>
          <w:sz w:val="20"/>
        </w:rPr>
        <w:t>Our engagement cannot be relied upon to disclose errors, fraud, or illegal acts that may exist. We will not audit or otherwise verify the data you submit, although we may ask for clarification of some information.</w:t>
      </w:r>
    </w:p>
    <w:p/>
    <w:p>
      <w:r>
        <w:rPr>
          <w:b/>
          <w:sz w:val="20"/>
        </w:rPr>
        <w:t>4. Confidentiality</w:t>
      </w:r>
    </w:p>
    <w:p>
      <w:r>
        <w:rPr>
          <w:b w:val="0"/>
          <w:sz w:val="20"/>
        </w:rPr>
        <w:t>We will maintain the confidentiality of your information in accordance with professional standards and applicable law. However, we may be required to disclose information pursuant to lawful subpoena or other legal process.</w:t>
      </w:r>
    </w:p>
    <w:p/>
    <w:p>
      <w:r>
        <w:rPr>
          <w:b/>
          <w:sz w:val="20"/>
        </w:rPr>
        <w:t>5. Fees and Payment</w:t>
      </w:r>
    </w:p>
    <w:p>
      <w:r>
        <w:rPr>
          <w:b w:val="0"/>
          <w:sz w:val="20"/>
        </w:rPr>
        <w:t>Our fees for the services described will be based upon the complexity of the work, the time required, and other factors. An estimated fee is: $______________________. Payment is due upon presentation of our invoice unless otherwise agreed.</w:t>
      </w:r>
    </w:p>
    <w:p/>
    <w:p>
      <w:r>
        <w:rPr>
          <w:b/>
          <w:sz w:val="20"/>
        </w:rPr>
        <w:t>6. Client Acknowledgement</w:t>
      </w:r>
    </w:p>
    <w:p>
      <w:r>
        <w:rPr>
          <w:b w:val="0"/>
          <w:sz w:val="20"/>
        </w:rPr>
        <w:t>You acknowledge that you have provided all information necessary for the preparation of your tax returns and that you have reviewed and approved the contents of the returns prior to filing.</w:t>
      </w:r>
    </w:p>
    <w:p/>
    <w:p>
      <w:r>
        <w:rPr>
          <w:b/>
          <w:sz w:val="20"/>
        </w:rPr>
        <w:t>7. Record Retention</w:t>
      </w:r>
    </w:p>
    <w:p>
      <w:r>
        <w:rPr>
          <w:b w:val="0"/>
          <w:sz w:val="20"/>
        </w:rPr>
        <w:t>Our workpapers and files related to this engagement are our property and will be retained for a period of seven years. You agree that our firm is not responsible for retaining your original documents.</w:t>
      </w:r>
    </w:p>
    <w:p/>
    <w:p>
      <w:r>
        <w:rPr>
          <w:b/>
          <w:sz w:val="20"/>
        </w:rPr>
        <w:t>8. Electronic Filing</w:t>
      </w:r>
    </w:p>
    <w:p>
      <w:r>
        <w:rPr>
          <w:b w:val="0"/>
          <w:sz w:val="20"/>
        </w:rPr>
        <w:t>If you choose to have your returns electronically filed, you authorize us to electronically file your tax returns and acknowledge responsibility for reviewing them before filing.</w:t>
      </w:r>
    </w:p>
    <w:p/>
    <w:p>
      <w:r>
        <w:rPr>
          <w:b/>
          <w:sz w:val="20"/>
        </w:rPr>
        <w:t>9. Termination of Engagement</w:t>
      </w:r>
    </w:p>
    <w:p>
      <w:r>
        <w:rPr>
          <w:b w:val="0"/>
          <w:sz w:val="20"/>
        </w:rPr>
        <w:t>Either party may terminate this engagement at any time upon written notice. In the event of termination, you agree to pay for all services rendered up to the termination date.</w:t>
      </w:r>
    </w:p>
    <w:p/>
    <w:p>
      <w:r>
        <w:rPr>
          <w:b/>
          <w:sz w:val="20"/>
        </w:rPr>
        <w:t>10. Limitation of Liability</w:t>
      </w:r>
    </w:p>
    <w:p>
      <w:r>
        <w:rPr>
          <w:b w:val="0"/>
          <w:sz w:val="20"/>
        </w:rPr>
        <w:t>To the fullest extent permitted by law, our liability to you for any claim arising out of this engagement is limited to the amount of fees paid by you for the services described herein.</w:t>
      </w:r>
    </w:p>
    <w:p/>
    <w:p>
      <w:r>
        <w:rPr>
          <w:b/>
          <w:sz w:val="20"/>
        </w:rPr>
        <w:t>11. Governing Law</w:t>
      </w:r>
    </w:p>
    <w:p>
      <w:r>
        <w:rPr>
          <w:b w:val="0"/>
          <w:sz w:val="20"/>
        </w:rPr>
        <w:t>This engagement letter shall be governed by and construed in accordance with the laws of the United States and the State of __________________.</w:t>
      </w:r>
    </w:p>
    <w:p/>
    <w:p>
      <w:r>
        <w:rPr>
          <w:b/>
          <w:sz w:val="20"/>
        </w:rPr>
        <w:t>12. Dispute Resolution</w:t>
      </w:r>
    </w:p>
    <w:p>
      <w:r>
        <w:rPr>
          <w:b w:val="0"/>
          <w:sz w:val="20"/>
        </w:rPr>
        <w:t>Any dispute arising out of this engagement shall be resolved first through good faith negotiation. If unresolved, disputes shall be submitted to binding arbitration in accordance with the rules of the American Arbitration Association.</w:t>
      </w:r>
    </w:p>
    <w:p/>
    <w:p/>
    <w:p>
      <w:r>
        <w:rPr>
          <w:b w:val="0"/>
          <w:sz w:val="20"/>
        </w:rPr>
        <w:t>If the foregoing is acceptable, please sign and return a copy of this letter to indicate your agreement to the terms of this engagement.</w:t>
      </w:r>
    </w:p>
    <w:p/>
    <w:p/>
    <w:p>
      <w:r>
        <w:rPr>
          <w:b w:val="0"/>
          <w:sz w:val="20"/>
        </w:rPr>
        <w:t>Date: 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ACCOUNTANT/FIRM</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https://letterdocs-us.com/tax-engagement-letter/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tax-engagement-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