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TAKE YOUR CHILD TO WORK DAY PARTICIPATION LETTER</w:t>
      </w:r>
    </w:p>
    <w:p/>
    <w:p>
      <w:r>
        <w:rPr>
          <w:b/>
          <w:sz w:val="20"/>
        </w:rPr>
        <w:t>To Whom It May Concern:</w:t>
      </w:r>
    </w:p>
    <w:p/>
    <w:p>
      <w:r>
        <w:rPr>
          <w:b w:val="0"/>
          <w:sz w:val="20"/>
        </w:rPr>
        <w:t>This letter serves as official notification and authorization for the participation of the undersigned employee's child in the annual Take Your Child to Work Day program at the Company. The program is designed to provide a safe, educational, and engaging experience for children, fostering an understanding of the workplace environment.</w:t>
      </w:r>
    </w:p>
    <w:p/>
    <w:p>
      <w:r>
        <w:rPr>
          <w:b/>
          <w:sz w:val="20"/>
        </w:rPr>
        <w:t>Employee Information:</w:t>
      </w:r>
    </w:p>
    <w:p>
      <w:r>
        <w:rPr>
          <w:b w:val="0"/>
          <w:sz w:val="20"/>
        </w:rPr>
        <w:t>Full Name: ____________________________________________________________</w:t>
      </w:r>
    </w:p>
    <w:p>
      <w:r>
        <w:rPr>
          <w:b w:val="0"/>
          <w:sz w:val="20"/>
        </w:rPr>
        <w:t>Employee ID / Number: _________________________________________________</w:t>
      </w:r>
    </w:p>
    <w:p>
      <w:r>
        <w:rPr>
          <w:b w:val="0"/>
          <w:sz w:val="20"/>
        </w:rPr>
        <w:t>Department: ___________________________________________________________</w:t>
      </w:r>
    </w:p>
    <w:p>
      <w:r>
        <w:rPr>
          <w:b w:val="0"/>
          <w:sz w:val="20"/>
        </w:rPr>
        <w:t>Position / Title: ______________________________________________________</w:t>
      </w:r>
    </w:p>
    <w:p>
      <w:r>
        <w:rPr>
          <w:b w:val="0"/>
          <w:sz w:val="20"/>
        </w:rPr>
        <w:t>Work Email: ___________________________________________________________</w:t>
      </w:r>
    </w:p>
    <w:p>
      <w:r>
        <w:rPr>
          <w:b w:val="0"/>
          <w:sz w:val="20"/>
        </w:rPr>
        <w:t>Work Phone Number: ____________________________________________________</w:t>
      </w:r>
    </w:p>
    <w:p/>
    <w:p>
      <w:r>
        <w:rPr>
          <w:b/>
          <w:sz w:val="20"/>
        </w:rPr>
        <w:t>Child Information:</w:t>
      </w:r>
    </w:p>
    <w:p>
      <w:r>
        <w:rPr>
          <w:b w:val="0"/>
          <w:sz w:val="20"/>
        </w:rPr>
        <w:t>Full Name: ____________________________________________________________</w:t>
      </w:r>
    </w:p>
    <w:p>
      <w:r>
        <w:rPr>
          <w:b w:val="0"/>
          <w:sz w:val="20"/>
        </w:rPr>
        <w:t>Date of Birth: _________________________________________________________</w:t>
      </w:r>
    </w:p>
    <w:p>
      <w:r>
        <w:rPr>
          <w:b w:val="0"/>
          <w:sz w:val="20"/>
        </w:rPr>
        <w:t>School / Grade: ________________________________________________________</w:t>
      </w:r>
    </w:p>
    <w:p>
      <w:r>
        <w:rPr>
          <w:b w:val="0"/>
          <w:sz w:val="20"/>
        </w:rPr>
        <w:t>Allergies / Medical Conditions: _________________________________________</w:t>
      </w:r>
    </w:p>
    <w:p>
      <w:r>
        <w:rPr>
          <w:b w:val="0"/>
          <w:sz w:val="20"/>
        </w:rPr>
        <w:t>Emergency Contact (if different from employee): _________________________</w:t>
      </w:r>
    </w:p>
    <w:p>
      <w:r>
        <w:rPr>
          <w:b w:val="0"/>
          <w:sz w:val="20"/>
        </w:rPr>
        <w:t>Emergency Contact Phone Number: _______________________________________</w:t>
      </w:r>
    </w:p>
    <w:p/>
    <w:p>
      <w:r>
        <w:rPr>
          <w:b/>
          <w:sz w:val="20"/>
        </w:rPr>
        <w:t>Program Details:</w:t>
      </w:r>
    </w:p>
    <w:p>
      <w:r>
        <w:rPr>
          <w:b w:val="0"/>
          <w:sz w:val="20"/>
        </w:rPr>
        <w:t>The Take Your Child to Work Day event will include supervised tours of company facilities, educational presentations, and interactive activities appropriate for children. All activities are designed with safety and compliance in mind.</w:t>
      </w:r>
    </w:p>
    <w:p/>
    <w:p>
      <w:r>
        <w:rPr>
          <w:b/>
          <w:sz w:val="20"/>
        </w:rPr>
        <w:t>Consent and Liability Waiver:</w:t>
      </w:r>
    </w:p>
    <w:p>
      <w:r>
        <w:rPr>
          <w:b w:val="0"/>
          <w:sz w:val="20"/>
        </w:rPr>
        <w:t>By signing below, the employee affirms that they are the legal guardian of the child named above and hereby grant permission for their child's participation in the Take Your Child to Work Day event. The employee acknowledges and agrees to the following terms:</w:t>
      </w:r>
    </w:p>
    <w:p/>
    <w:p>
      <w:r>
        <w:rPr>
          <w:b w:val="0"/>
          <w:sz w:val="20"/>
        </w:rPr>
        <w:t>1. Supervision: The Company will provide appropriate supervision during all scheduled activities. However, the employee remains responsible for their child's behavior and safety at all times.</w:t>
      </w:r>
    </w:p>
    <w:p/>
    <w:p>
      <w:r>
        <w:rPr>
          <w:b w:val="0"/>
          <w:sz w:val="20"/>
        </w:rPr>
        <w:t>2. Medical Authorization: In the event of an emergency, the employee authorizes the Company and its representatives to seek necessary medical treatment for the child if the employee cannot be reached promptly.</w:t>
      </w:r>
    </w:p>
    <w:p/>
    <w:p>
      <w:r>
        <w:rPr>
          <w:b w:val="0"/>
          <w:sz w:val="20"/>
        </w:rPr>
        <w:t>3. Assumption of Risk: The employee understands that participation in workplace activities involves inherent risks and agrees to release and hold harmless the Company, its officers, employees, and agents from any claims, damages, liabilities, or expenses arising from the child's participation, except for gross negligence or willful misconduct by the Company.</w:t>
      </w:r>
    </w:p>
    <w:p/>
    <w:p>
      <w:r>
        <w:rPr>
          <w:b w:val="0"/>
          <w:sz w:val="20"/>
        </w:rPr>
        <w:t>4. Compliance with Policies: The employee agrees that the child will comply with all Company policies, rules, and regulations during the event.</w:t>
      </w:r>
    </w:p>
    <w:p/>
    <w:p>
      <w:r>
        <w:rPr>
          <w:b w:val="0"/>
          <w:sz w:val="20"/>
        </w:rPr>
        <w:t>5. Photo and Media Release: The employee grants permission for photographs and videos of the child taken during the event to be used by the Company for promotional, educational, or informational purposes without compensation.</w:t>
      </w:r>
    </w:p>
    <w:p/>
    <w:p>
      <w:r>
        <w:rPr>
          <w:b/>
          <w:sz w:val="20"/>
        </w:rPr>
        <w:t>Confidentiality and Conduct:</w:t>
      </w:r>
    </w:p>
    <w:p>
      <w:r>
        <w:rPr>
          <w:b w:val="0"/>
          <w:sz w:val="20"/>
        </w:rPr>
        <w:t>The employee acknowledges that certain information observed or disclosed during the event may be confidential or proprietary. The child and employee agree to respect such confidentiality and professionalism throughout the day.</w:t>
      </w:r>
    </w:p>
    <w:p/>
    <w:p>
      <w:r>
        <w:rPr>
          <w:b/>
          <w:sz w:val="20"/>
        </w:rPr>
        <w:t>Safety and Security:</w:t>
      </w:r>
    </w:p>
    <w:p>
      <w:r>
        <w:rPr>
          <w:b w:val="0"/>
          <w:sz w:val="20"/>
        </w:rPr>
        <w:t>The employee understands that all Company safety protocols must be strictly followed. The child will be briefed on safety rules, emergency procedures, and restricted areas. Any violation of safety guidelines may result in immediate removal from the premises.</w:t>
      </w:r>
    </w:p>
    <w:p/>
    <w:p>
      <w:r>
        <w:rPr>
          <w:b/>
          <w:sz w:val="20"/>
        </w:rPr>
        <w:t>Governing Law:</w:t>
      </w:r>
    </w:p>
    <w:p>
      <w:r>
        <w:rPr>
          <w:b w:val="0"/>
          <w:sz w:val="20"/>
        </w:rPr>
        <w:t>This agreement shall be governed by and construed in accordance with the laws of the State in which the Company operates, without regard to its conflicts of law principles.</w:t>
      </w:r>
    </w:p>
    <w:p/>
    <w:p>
      <w:r>
        <w:rPr>
          <w:b/>
          <w:sz w:val="20"/>
        </w:rPr>
        <w:t>Entire Agreement:</w:t>
      </w:r>
    </w:p>
    <w:p>
      <w:r>
        <w:rPr>
          <w:b w:val="0"/>
          <w:sz w:val="20"/>
        </w:rPr>
        <w:t>This letter constitutes the entire agreement between the parties with respect to the subject matter herein and supersedes all prior understandings, whether written or oral.</w:t>
      </w:r>
    </w:p>
    <w:p/>
    <w:p/>
    <w:p>
      <w:r>
        <w:rPr>
          <w:b w:val="0"/>
          <w:sz w:val="20"/>
        </w:rPr>
        <w:t>Employee Signature: ________________________________________________</w:t>
      </w:r>
    </w:p>
    <w:p>
      <w:r>
        <w:rPr>
          <w:b w:val="0"/>
          <w:sz w:val="20"/>
        </w:rPr>
        <w:t>Printed Name: _______________________________________________________</w:t>
      </w:r>
    </w:p>
    <w:p>
      <w:r>
        <w:rPr>
          <w:b w:val="0"/>
          <w:sz w:val="20"/>
        </w:rPr>
        <w:t>Date: _______________________________________________________________</w:t>
      </w:r>
    </w:p>
    <w:p/>
    <w:p/>
    <w:p>
      <w:r>
        <w:rPr>
          <w:b w:val="0"/>
          <w:sz w:val="20"/>
        </w:rPr>
        <w:t>Child Signature (if applicable): ______________________________________</w:t>
      </w:r>
    </w:p>
    <w:p>
      <w:r>
        <w:rPr>
          <w:b w:val="0"/>
          <w:sz w:val="20"/>
        </w:rPr>
        <w:t>Printed Name: _______________________________________________________</w:t>
      </w:r>
    </w:p>
    <w:p>
      <w:r>
        <w:rPr>
          <w:b w:val="0"/>
          <w:sz w:val="20"/>
        </w:rPr>
        <w:t>Date: _______________________________________________________________</w:t>
      </w:r>
    </w:p>
    <w:p/>
    <w:p/>
    <w:p>
      <w:r>
        <w:rPr>
          <w:b/>
          <w:sz w:val="20"/>
        </w:rPr>
        <w:t>Witness / Human Resources Representative:</w:t>
      </w:r>
    </w:p>
    <w:p>
      <w:r>
        <w:rPr>
          <w:b w:val="0"/>
          <w:sz w:val="20"/>
        </w:rPr>
        <w:t>Name: _______________________________________________________________</w:t>
      </w:r>
    </w:p>
    <w:p>
      <w:r>
        <w:rPr>
          <w:b w:val="0"/>
          <w:sz w:val="20"/>
        </w:rPr>
        <w:t>Title: ________________________________________________________________</w:t>
      </w:r>
    </w:p>
    <w:p>
      <w:r>
        <w:rPr>
          <w:b w:val="0"/>
          <w:sz w:val="20"/>
        </w:rPr>
        <w:t>Signature: ___________________________________________________________</w:t>
      </w:r>
    </w:p>
    <w:p>
      <w:r>
        <w:rPr>
          <w:b w:val="0"/>
          <w:sz w:val="20"/>
        </w:rPr>
        <w:t>Date: _______________________________________________________________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EMPLOYEE</w:t>
            </w:r>
          </w:p>
        </w:tc>
        <w:tc>
          <w:tcPr>
            <w:tcW w:type="dxa" w:w="4986"/>
            <w:tcBorders>
              <w:top w:val="nil"/>
              <w:left w:val="nil"/>
              <w:bottom w:val="nil"/>
              <w:right w:val="nil"/>
              <w:insideH w:val="nil"/>
              <w:insideV w:val="nil"/>
            </w:tcBorders>
          </w:tcPr>
          <w:p>
            <w:pPr>
              <w:jc w:val="center"/>
            </w:pPr>
            <w:r>
              <w:t>WITNESS / HR REPRESENTATIVE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https://letterdocs-us.com/take-your-child-to-work-day-letter/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https://letterdocs-us.com</w:t>
        </w:r>
      </w:hyperlink>
    </w:p>
    <w:p>
      <w:pPr>
        <w:jc w:val="center"/>
      </w:pPr>
      <w:r>
        <w:rPr>
          <w:color w:val="808080"/>
          <w:sz w:val="20"/>
        </w:rPr>
        <w:t>This template is intended exclusively for personal, non-commercial use.</w:t>
        <w:br/>
        <w:t>If distributed or published, the source must be mentioned. © letterdocs-us.com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docs-us.com/take-your-child-to-work-day-letter/" TargetMode="External"/><Relationship Id="rId10" Type="http://schemas.openxmlformats.org/officeDocument/2006/relationships/hyperlink" Target="https://letter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