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SPONSORSHIP THANK YOU LETTER</w:t>
      </w:r>
    </w:p>
    <w:p/>
    <w:p/>
    <w:p>
      <w:r>
        <w:rPr>
          <w:b/>
          <w:sz w:val="20"/>
        </w:rPr>
        <w:t>To:</w:t>
      </w:r>
    </w:p>
    <w:p>
      <w:r>
        <w:rPr>
          <w:b w:val="0"/>
          <w:sz w:val="20"/>
        </w:rPr>
        <w:t>Name: ________________________________________________________________</w:t>
      </w:r>
    </w:p>
    <w:p>
      <w:r>
        <w:rPr>
          <w:b w:val="0"/>
          <w:sz w:val="20"/>
        </w:rPr>
        <w:t>Organization: 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City, State, ZIP: _____________________________________________________</w:t>
      </w:r>
    </w:p>
    <w:p/>
    <w:p/>
    <w:p>
      <w:r>
        <w:rPr>
          <w:b w:val="0"/>
          <w:sz w:val="20"/>
        </w:rPr>
        <w:t>Dear Sponsor,</w:t>
      </w:r>
    </w:p>
    <w:p/>
    <w:p>
      <w:r>
        <w:rPr>
          <w:b w:val="0"/>
          <w:sz w:val="20"/>
        </w:rPr>
        <w:t>On behalf of our entire organization, we wish to extend our heartfelt gratitude for your generous sponsorship and support.</w:t>
      </w:r>
    </w:p>
    <w:p/>
    <w:p>
      <w:r>
        <w:rPr>
          <w:b w:val="0"/>
          <w:sz w:val="20"/>
        </w:rPr>
        <w:t>Your commitment and contribution have played an essential role in helping us achieve our goals and further our mission.</w:t>
      </w:r>
    </w:p>
    <w:p>
      <w:r>
        <w:rPr>
          <w:b w:val="0"/>
          <w:sz w:val="20"/>
        </w:rPr>
        <w:t>Your support enables us to continue providing valuable programs, services, and opportunities to our community.</w:t>
      </w:r>
    </w:p>
    <w:p/>
    <w:p>
      <w:r>
        <w:rPr>
          <w:b w:val="0"/>
          <w:sz w:val="20"/>
        </w:rPr>
        <w:t>Thanks to your sponsorship, we have been able to accomplish the following:</w:t>
      </w:r>
    </w:p>
    <w:p>
      <w:r>
        <w:rPr>
          <w:b w:val="0"/>
          <w:sz w:val="20"/>
        </w:rPr>
        <w:t>- 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</w:t>
      </w:r>
    </w:p>
    <w:p/>
    <w:p>
      <w:r>
        <w:rPr>
          <w:b w:val="0"/>
          <w:sz w:val="20"/>
        </w:rPr>
        <w:t>Please note that this letter serves as an acknowledgment of your sponsorship contribution.</w:t>
      </w:r>
    </w:p>
    <w:p>
      <w:r>
        <w:rPr>
          <w:b w:val="0"/>
          <w:sz w:val="20"/>
        </w:rPr>
        <w:t>No goods, services, or other tangible benefits were provided in exchange for your sponsorship,</w:t>
      </w:r>
    </w:p>
    <w:p>
      <w:r>
        <w:rPr>
          <w:b w:val="0"/>
          <w:sz w:val="20"/>
        </w:rPr>
        <w:t>except for the recognition and acknowledgments expressly outlined in our sponsorship agreement.</w:t>
      </w:r>
    </w:p>
    <w:p/>
    <w:p>
      <w:r>
        <w:rPr>
          <w:b w:val="0"/>
          <w:sz w:val="20"/>
        </w:rPr>
        <w:t>Our organization is a tax-exempt nonprofit under Section 501(c)(3) of the Internal Revenue Code.</w:t>
      </w:r>
    </w:p>
    <w:p>
      <w:r>
        <w:rPr>
          <w:b w:val="0"/>
          <w:sz w:val="20"/>
        </w:rPr>
        <w:t>Therefore, your contribution is tax-deductible to the extent permitted by law. Please consult your tax advisor for specific guidance.</w:t>
      </w:r>
    </w:p>
    <w:p/>
    <w:p>
      <w:r>
        <w:rPr>
          <w:b w:val="0"/>
          <w:sz w:val="20"/>
        </w:rPr>
        <w:t>We look forward to your continued partnership and invite you to upcoming events where we can personally express our thanks.</w:t>
      </w:r>
    </w:p>
    <w:p>
      <w:r>
        <w:rPr>
          <w:b w:val="0"/>
          <w:sz w:val="20"/>
        </w:rPr>
        <w:t>Should you wish to discuss further engagement opportunities, please do not hesitate to contact us.</w:t>
      </w:r>
    </w:p>
    <w:p/>
    <w:p>
      <w:r>
        <w:rPr>
          <w:b w:val="0"/>
          <w:sz w:val="20"/>
        </w:rPr>
        <w:t>Once again, thank you for your generosity and trust in our work.</w:t>
      </w:r>
    </w:p>
    <w:p>
      <w:r>
        <w:rPr>
          <w:b w:val="0"/>
          <w:sz w:val="20"/>
        </w:rPr>
        <w:t>Together, we are making a meaningful difference.</w:t>
      </w:r>
    </w:p>
    <w:p/>
    <w:p/>
    <w:p>
      <w:r>
        <w:rPr>
          <w:b w:val="0"/>
          <w:sz w:val="20"/>
        </w:rPr>
        <w:t>Sincerely,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Authorized Representative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Sponsor Representative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&amp; Title: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&amp; Title: ________________________________</w:t>
            </w:r>
          </w:p>
        </w:tc>
      </w:tr>
    </w:tbl>
    <w:p/>
    <w:p/>
    <w:p>
      <w:r>
        <w:rPr>
          <w:b/>
          <w:sz w:val="20"/>
        </w:rPr>
        <w:t>Organization Name: ______________________________________________________</w:t>
      </w:r>
    </w:p>
    <w:p>
      <w:r>
        <w:rPr>
          <w:b/>
          <w:sz w:val="20"/>
        </w:rPr>
        <w:t>Address: ________________________________________________________________</w:t>
      </w:r>
    </w:p>
    <w:p>
      <w:r>
        <w:rPr>
          <w:b/>
          <w:sz w:val="20"/>
        </w:rPr>
        <w:t>Phone: ________________________   Email: _______________________________</w:t>
      </w:r>
    </w:p>
    <w:p>
      <w:r>
        <w:rPr>
          <w:b/>
          <w:sz w:val="20"/>
        </w:rPr>
        <w:t>Website: _______________________________________________________________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https://letterdocs-us.com/sponsorship-thank-you-letter/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https://letterdocs-us.com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letterdocs-us.com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tterdocs-us.com/sponsorship-thank-you-letter/" TargetMode="External"/><Relationship Id="rId10" Type="http://schemas.openxmlformats.org/officeDocument/2006/relationships/hyperlink" Target="https://letterdocs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