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SOLE SOURCE JUSTIFICATION LETTER</w:t>
      </w:r>
    </w:p>
    <w:p/>
    <w:p>
      <w:r>
        <w:rPr>
          <w:b w:val="0"/>
          <w:sz w:val="20"/>
        </w:rPr>
        <w:t>To: _________________________________________________</w:t>
      </w:r>
    </w:p>
    <w:p>
      <w:r>
        <w:rPr>
          <w:b w:val="0"/>
          <w:sz w:val="20"/>
        </w:rPr>
        <w:t>From: _______________________________________________</w:t>
      </w:r>
    </w:p>
    <w:p>
      <w:r>
        <w:rPr>
          <w:b w:val="0"/>
          <w:sz w:val="20"/>
        </w:rPr>
        <w:t>Subject: Sole Source Justification for Procurement</w:t>
      </w:r>
    </w:p>
    <w:p/>
    <w:p/>
    <w:p>
      <w:r>
        <w:rPr>
          <w:b/>
          <w:sz w:val="20"/>
        </w:rPr>
        <w:t>This Sole Source Justification letter is submitted in accordance with applicable federal procurement regulations and policies to document the justification for the sole source procurement method for the acquisition of goods and/or services described below. This letter provides a clear and detailed explanation as to why a competitive solicitation is not feasible and why the selected source is the only reasonable supplier.</w:t>
      </w:r>
    </w:p>
    <w:p/>
    <w:p/>
    <w:p>
      <w:r>
        <w:rPr>
          <w:b/>
          <w:sz w:val="22"/>
        </w:rPr>
        <w:t>1. Description of Requirement</w:t>
      </w:r>
    </w:p>
    <w:p>
      <w:r>
        <w:rPr>
          <w:b w:val="0"/>
          <w:sz w:val="20"/>
        </w:rPr>
        <w:t>Provide a clear and detailed description of the goods and/or services required. Include specifications, quantities, performance requirements, and any other relevant details necessary to understand the scope and nature of the procurement.</w:t>
      </w:r>
    </w:p>
    <w:p>
      <w:r>
        <w:rPr>
          <w:b w:val="0"/>
          <w:sz w:val="20"/>
        </w:rPr>
        <w:t>__________________________________________________________________________________________</w:t>
      </w:r>
    </w:p>
    <w:p>
      <w:r>
        <w:rPr>
          <w:b w:val="0"/>
          <w:sz w:val="20"/>
        </w:rPr>
        <w:t>__________________________________________________________________________________________</w:t>
      </w:r>
    </w:p>
    <w:p>
      <w:r>
        <w:rPr>
          <w:b w:val="0"/>
          <w:sz w:val="20"/>
        </w:rPr>
        <w:t>__________________________________________________________________________________________</w:t>
      </w:r>
    </w:p>
    <w:p/>
    <w:p>
      <w:r>
        <w:rPr>
          <w:b/>
          <w:sz w:val="22"/>
        </w:rPr>
        <w:t>2. Justification for Sole Source Procurement</w:t>
      </w:r>
    </w:p>
    <w:p>
      <w:r>
        <w:rPr>
          <w:b w:val="0"/>
          <w:sz w:val="20"/>
        </w:rPr>
        <w:t>Explain why only one source is capable of fulfilling the requirement. Possible justifications include:</w:t>
      </w:r>
    </w:p>
    <w:p>
      <w:r>
        <w:rPr>
          <w:b w:val="0"/>
          <w:sz w:val="20"/>
        </w:rPr>
        <w:t>- Only one supplier possesses the unique capability or proprietary rights to provide the required goods or services.</w:t>
      </w:r>
    </w:p>
    <w:p>
      <w:r>
        <w:rPr>
          <w:b w:val="0"/>
          <w:sz w:val="20"/>
        </w:rPr>
        <w:t>- Compatibility with existing equipment, systems, or previous acquisitions mandates selection of the single source.</w:t>
      </w:r>
    </w:p>
    <w:p>
      <w:r>
        <w:rPr>
          <w:b w:val="0"/>
          <w:sz w:val="20"/>
        </w:rPr>
        <w:t>- Urgent and compelling circumstances prevent competitive solicitation.</w:t>
      </w:r>
    </w:p>
    <w:p>
      <w:r>
        <w:rPr>
          <w:b w:val="0"/>
          <w:sz w:val="20"/>
        </w:rPr>
        <w:t>Provide specific factual information supporting the justification. Include market research results and references to applicable procurement regulations.</w:t>
      </w:r>
    </w:p>
    <w:p>
      <w:r>
        <w:rPr>
          <w:b w:val="0"/>
          <w:sz w:val="20"/>
        </w:rPr>
        <w:t>__________________________________________________________________________________________</w:t>
      </w:r>
    </w:p>
    <w:p>
      <w:r>
        <w:rPr>
          <w:b w:val="0"/>
          <w:sz w:val="20"/>
        </w:rPr>
        <w:t>__________________________________________________________________________________________</w:t>
      </w:r>
    </w:p>
    <w:p>
      <w:r>
        <w:rPr>
          <w:b w:val="0"/>
          <w:sz w:val="20"/>
        </w:rPr>
        <w:t>__________________________________________________________________________________________</w:t>
      </w:r>
    </w:p>
    <w:p/>
    <w:p>
      <w:r>
        <w:rPr>
          <w:b/>
          <w:sz w:val="22"/>
        </w:rPr>
        <w:t>3. Market Research Conducted</w:t>
      </w:r>
    </w:p>
    <w:p>
      <w:r>
        <w:rPr>
          <w:b w:val="0"/>
          <w:sz w:val="20"/>
        </w:rPr>
        <w:t>Describe the efforts made to identify other potential sources, including dates, methods, and outcomes of market research.</w:t>
      </w:r>
    </w:p>
    <w:p>
      <w:r>
        <w:rPr>
          <w:b w:val="0"/>
          <w:sz w:val="20"/>
        </w:rPr>
        <w:t>Include search of government databases, vendor outreach, industry consultation, and any other relevant activities.</w:t>
      </w:r>
    </w:p>
    <w:p>
      <w:r>
        <w:rPr>
          <w:b w:val="0"/>
          <w:sz w:val="20"/>
        </w:rPr>
        <w:t>__________________________________________________________________________________________</w:t>
      </w:r>
    </w:p>
    <w:p>
      <w:r>
        <w:rPr>
          <w:b w:val="0"/>
          <w:sz w:val="20"/>
        </w:rPr>
        <w:t>__________________________________________________________________________________________</w:t>
      </w:r>
    </w:p>
    <w:p>
      <w:r>
        <w:rPr>
          <w:b w:val="0"/>
          <w:sz w:val="20"/>
        </w:rPr>
        <w:t>__________________________________________________________________________________________</w:t>
      </w:r>
    </w:p>
    <w:p/>
    <w:p>
      <w:r>
        <w:rPr>
          <w:b/>
          <w:sz w:val="22"/>
        </w:rPr>
        <w:t>4. Estimated Cost and Pricing</w:t>
      </w:r>
    </w:p>
    <w:p>
      <w:r>
        <w:rPr>
          <w:b w:val="0"/>
          <w:sz w:val="20"/>
        </w:rPr>
        <w:t>Provide the estimated cost of the procurement and describe the basis for the estimate. Include any price analysis, historical pricing data, or quotes received.</w:t>
      </w:r>
    </w:p>
    <w:p>
      <w:r>
        <w:rPr>
          <w:b w:val="0"/>
          <w:sz w:val="20"/>
        </w:rPr>
        <w:t>__________________________________________________________________________________________</w:t>
      </w:r>
    </w:p>
    <w:p>
      <w:r>
        <w:rPr>
          <w:b w:val="0"/>
          <w:sz w:val="20"/>
        </w:rPr>
        <w:t>__________________________________________________________________________________________</w:t>
      </w:r>
    </w:p>
    <w:p>
      <w:r>
        <w:rPr>
          <w:b w:val="0"/>
          <w:sz w:val="20"/>
        </w:rPr>
        <w:t>__________________________________________________________________________________________</w:t>
      </w:r>
    </w:p>
    <w:p/>
    <w:p>
      <w:r>
        <w:rPr>
          <w:b/>
          <w:sz w:val="22"/>
        </w:rPr>
        <w:t>5. Impact of Not Approving Sole Source Procurement</w:t>
      </w:r>
    </w:p>
    <w:p>
      <w:r>
        <w:rPr>
          <w:b w:val="0"/>
          <w:sz w:val="20"/>
        </w:rPr>
        <w:t>Describe potential impacts or consequences if the sole source procurement is not approved, such as delays, increased costs, operational risks, or mission failure.</w:t>
      </w:r>
    </w:p>
    <w:p>
      <w:r>
        <w:rPr>
          <w:b w:val="0"/>
          <w:sz w:val="20"/>
        </w:rPr>
        <w:t>__________________________________________________________________________________________</w:t>
      </w:r>
    </w:p>
    <w:p>
      <w:r>
        <w:rPr>
          <w:b w:val="0"/>
          <w:sz w:val="20"/>
        </w:rPr>
        <w:t>__________________________________________________________________________________________</w:t>
      </w:r>
    </w:p>
    <w:p>
      <w:r>
        <w:rPr>
          <w:b w:val="0"/>
          <w:sz w:val="20"/>
        </w:rPr>
        <w:t>__________________________________________________________________________________________</w:t>
      </w:r>
    </w:p>
    <w:p/>
    <w:p>
      <w:r>
        <w:rPr>
          <w:b/>
          <w:sz w:val="22"/>
        </w:rPr>
        <w:t>6. Certification and Approval</w:t>
      </w:r>
    </w:p>
    <w:p>
      <w:r>
        <w:rPr>
          <w:b w:val="0"/>
          <w:sz w:val="20"/>
        </w:rPr>
        <w:t>By signing below, the undersigned certifies that the information provided is true and accurate to the best of their knowledge, and that sole source procurement is justified in accordance with governing laws and regulations.</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Prepared By</w:t>
            </w:r>
          </w:p>
        </w:tc>
        <w:tc>
          <w:tcPr>
            <w:tcW w:type="dxa" w:w="4986"/>
            <w:tcBorders>
              <w:top w:val="nil"/>
              <w:left w:val="nil"/>
              <w:bottom w:val="nil"/>
              <w:right w:val="nil"/>
              <w:insideH w:val="nil"/>
              <w:insideV w:val="nil"/>
            </w:tcBorders>
          </w:tcPr>
          <w:p>
            <w:pPr>
              <w:jc w:val="center"/>
            </w:pPr>
            <w:r>
              <w:t>Approved By</w:t>
            </w:r>
          </w:p>
        </w:tc>
      </w:tr>
      <w:tr>
        <w:tc>
          <w:tcPr>
            <w:tcW w:type="dxa" w:w="4986"/>
            <w:tcBorders>
              <w:top w:val="nil"/>
              <w:left w:val="nil"/>
              <w:bottom w:val="nil"/>
              <w:right w:val="nil"/>
              <w:insideH w:val="nil"/>
              <w:insideV w:val="nil"/>
            </w:tcBorders>
          </w:tcPr>
          <w:p>
            <w:pPr>
              <w:jc w:val="center"/>
            </w:pPr>
            <w:r>
              <w:br/>
              <w:br/>
              <w:t>Signature: _______________________________</w:t>
            </w:r>
          </w:p>
        </w:tc>
        <w:tc>
          <w:tcPr>
            <w:tcW w:type="dxa" w:w="4986"/>
            <w:tcBorders>
              <w:top w:val="nil"/>
              <w:left w:val="nil"/>
              <w:bottom w:val="nil"/>
              <w:right w:val="nil"/>
              <w:insideH w:val="nil"/>
              <w:insideV w:val="nil"/>
            </w:tcBorders>
          </w:tcPr>
          <w:p>
            <w:pPr>
              <w:jc w:val="center"/>
            </w:pPr>
            <w:r>
              <w:br/>
              <w:br/>
              <w:t>Signature: _______________________________</w:t>
            </w:r>
          </w:p>
        </w:tc>
      </w:tr>
      <w:tr>
        <w:tc>
          <w:tcPr>
            <w:tcW w:type="dxa" w:w="4986"/>
            <w:tcBorders>
              <w:top w:val="nil"/>
              <w:left w:val="nil"/>
              <w:bottom w:val="nil"/>
              <w:right w:val="nil"/>
              <w:insideH w:val="nil"/>
              <w:insideV w:val="nil"/>
            </w:tcBorders>
          </w:tcPr>
          <w:p>
            <w:pPr>
              <w:jc w:val="center"/>
            </w:pPr>
            <w:r>
              <w:t>Name: ____________________________</w:t>
              <w:br/>
              <w:t>Title: ____________________________</w:t>
              <w:br/>
              <w:t>Date: ____________________________</w:t>
            </w:r>
          </w:p>
        </w:tc>
        <w:tc>
          <w:tcPr>
            <w:tcW w:type="dxa" w:w="4986"/>
            <w:tcBorders>
              <w:top w:val="nil"/>
              <w:left w:val="nil"/>
              <w:bottom w:val="nil"/>
              <w:right w:val="nil"/>
              <w:insideH w:val="nil"/>
              <w:insideV w:val="nil"/>
            </w:tcBorders>
          </w:tcPr>
          <w:p>
            <w:pPr>
              <w:jc w:val="center"/>
            </w:pPr>
            <w:r>
              <w:t>Name: ____________________________</w:t>
              <w:br/>
              <w:t>Title: ____________________________</w:t>
              <w:br/>
              <w:t>Date: ____________________________</w:t>
            </w:r>
          </w:p>
        </w:tc>
      </w:tr>
    </w:tbl>
    <w:p/>
    <w:p/>
    <w:p>
      <w:r>
        <w:rPr>
          <w:b/>
          <w:sz w:val="20"/>
        </w:rPr>
        <w:t>Note: This Sole Source Justification letter must be kept on file with procurement documentation and is subject to audit and review by authorized officials.</w:t>
      </w:r>
    </w:p>
    <w:p/>
    <w:p>
      <w:r>
        <w:br w:type="page"/>
      </w:r>
    </w:p>
    <w:p>
      <w:pPr>
        <w:jc w:val="center"/>
      </w:pPr>
      <w:r>
        <w:rPr>
          <w:color w:val="555555"/>
          <w:sz w:val="24"/>
        </w:rPr>
        <w:t>Original source of this document:</w:t>
      </w:r>
    </w:p>
    <w:p>
      <w:pPr>
        <w:jc w:val="center"/>
      </w:pPr>
      <w:hyperlink r:id="rId9">
        <w:r>
          <w:rPr>
            <w:color w:val="0000FF"/>
            <w:u w:val="single"/>
          </w:rPr>
          <w:t>https://letterdocs-us.com/sole-source-letter/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https://letterdocs-us.com</w:t>
        </w:r>
      </w:hyperlink>
    </w:p>
    <w:p>
      <w:pPr>
        <w:jc w:val="center"/>
      </w:pPr>
      <w:r>
        <w:rPr>
          <w:color w:val="808080"/>
          <w:sz w:val="20"/>
        </w:rPr>
        <w:t>This template is intended exclusively for personal, non-commercial use.</w:t>
        <w:br/>
        <w:t>If distributed or published, the source must be mentioned. © letterdocs-us.com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docs-us.com/sole-source-letter/" TargetMode="External"/><Relationship Id="rId10" Type="http://schemas.openxmlformats.org/officeDocument/2006/relationships/hyperlink" Target="https://letter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