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RETIREMENT LETTER</w:t>
      </w:r>
    </w:p>
    <w:p/>
    <w:p/>
    <w:p>
      <w:r>
        <w:rPr>
          <w:b/>
          <w:sz w:val="20"/>
        </w:rPr>
        <w:t>To:</w:t>
      </w:r>
    </w:p>
    <w:p>
      <w:r>
        <w:rPr>
          <w:b w:val="0"/>
          <w:sz w:val="20"/>
        </w:rPr>
        <w:t>Human Resources Department</w:t>
      </w:r>
    </w:p>
    <w:p>
      <w:r>
        <w:rPr>
          <w:b w:val="0"/>
          <w:sz w:val="20"/>
        </w:rPr>
        <w:t>Company Name</w:t>
      </w:r>
    </w:p>
    <w:p>
      <w:r>
        <w:rPr>
          <w:b w:val="0"/>
          <w:sz w:val="20"/>
        </w:rPr>
        <w:t>Company Address</w:t>
      </w:r>
    </w:p>
    <w:p>
      <w:r>
        <w:rPr>
          <w:b w:val="0"/>
          <w:sz w:val="20"/>
        </w:rPr>
        <w:t>City, State ZIP Code</w:t>
      </w:r>
    </w:p>
    <w:p/>
    <w:p/>
    <w:p>
      <w:r>
        <w:rPr>
          <w:b w:val="0"/>
          <w:sz w:val="20"/>
        </w:rPr>
        <w:t>Dear Human Resources Manager,</w:t>
      </w:r>
    </w:p>
    <w:p/>
    <w:p>
      <w:r>
        <w:rPr>
          <w:b w:val="0"/>
          <w:sz w:val="20"/>
        </w:rPr>
        <w:t>I am writing to formally announce my retirement from my position at Company Name, effective as of my last working day, which will be mutually agreed upon.</w:t>
      </w:r>
    </w:p>
    <w:p/>
    <w:p>
      <w:r>
        <w:rPr>
          <w:b/>
          <w:sz w:val="20"/>
        </w:rPr>
        <w:t>Employment Details:</w:t>
      </w:r>
    </w:p>
    <w:p>
      <w:r>
        <w:rPr>
          <w:b w:val="0"/>
          <w:sz w:val="20"/>
        </w:rPr>
        <w:t>Position Title: ____________________________________________________________</w:t>
      </w:r>
    </w:p>
    <w:p>
      <w:r>
        <w:rPr>
          <w:b w:val="0"/>
          <w:sz w:val="20"/>
        </w:rPr>
        <w:t>Department: ______________________________________________________________</w:t>
      </w:r>
    </w:p>
    <w:p>
      <w:r>
        <w:rPr>
          <w:b w:val="0"/>
          <w:sz w:val="20"/>
        </w:rPr>
        <w:t>Date of Commencement of Employment: ______________________________________</w:t>
      </w:r>
    </w:p>
    <w:p/>
    <w:p>
      <w:r>
        <w:rPr>
          <w:b/>
          <w:sz w:val="20"/>
        </w:rPr>
        <w:t>Reason for Retirement (Optional):</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Acknowledgment:</w:t>
      </w:r>
    </w:p>
    <w:p>
      <w:r>
        <w:rPr>
          <w:b w:val="0"/>
          <w:sz w:val="20"/>
        </w:rPr>
        <w:t>I understand that my retirement may entitle me to certain benefits, including but not limited to pension, health insurance continuation, and any other applicable benefits under the company’s policies and United States law.</w:t>
      </w:r>
    </w:p>
    <w:p/>
    <w:p>
      <w:r>
        <w:rPr>
          <w:b/>
          <w:sz w:val="20"/>
        </w:rPr>
        <w:t>Transition and Assistance:</w:t>
      </w:r>
    </w:p>
    <w:p>
      <w:r>
        <w:rPr>
          <w:b w:val="0"/>
          <w:sz w:val="20"/>
        </w:rPr>
        <w:t>I am committed to assisting with the transition process to ensure a smooth handover of my responsibilities and am willing to cooperate fully with the management team during this period.</w:t>
      </w:r>
    </w:p>
    <w:p/>
    <w:p>
      <w:r>
        <w:rPr>
          <w:b w:val="0"/>
          <w:sz w:val="20"/>
        </w:rPr>
        <w:t>I want to express my sincere gratitude for the opportunities and experiences I have had during my tenure with the company. This decision has been made after careful consideration, and I look forward to maintaining a positive relationship moving forward.</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Company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https://letterdocs-us.com/simple-retirement-letter/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simple-retiremen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