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SILENT AUCTION DONATION REQUEST LETTER</w:t>
      </w:r>
    </w:p>
    <w:p/>
    <w:p/>
    <w:p>
      <w:r>
        <w:rPr>
          <w:b w:val="0"/>
          <w:sz w:val="20"/>
        </w:rPr>
        <w:t>Dear Prospective Donor,</w:t>
      </w:r>
    </w:p>
    <w:p/>
    <w:p>
      <w:r>
        <w:rPr>
          <w:b w:val="0"/>
          <w:sz w:val="20"/>
        </w:rPr>
        <w:t>We are reaching out to request your generous support and participation in our upcoming silent auction event. Your donation will help us raise critical funds to support our mission and the community programs we provide.</w:t>
      </w:r>
    </w:p>
    <w:p/>
    <w:p>
      <w:r>
        <w:rPr>
          <w:b/>
          <w:sz w:val="22"/>
        </w:rPr>
        <w:t>About Our Organization</w:t>
      </w:r>
    </w:p>
    <w:p>
      <w:r>
        <w:rPr>
          <w:b w:val="0"/>
          <w:sz w:val="20"/>
        </w:rPr>
        <w:t>Our organization is a registered 501(c)(3) nonprofit committed to making a positive impact within our community. We operate with transparency, integrity, and a steadfast dedication to our cause. All contributions are tax-deductible to the fullest extent permitted by law.</w:t>
      </w:r>
    </w:p>
    <w:p/>
    <w:p>
      <w:r>
        <w:rPr>
          <w:b/>
          <w:sz w:val="22"/>
        </w:rPr>
        <w:t>Purpose of the Silent Auction</w:t>
      </w:r>
    </w:p>
    <w:p>
      <w:r>
        <w:rPr>
          <w:b w:val="0"/>
          <w:sz w:val="20"/>
        </w:rPr>
        <w:t>The funds raised through the silent auction will be used to support our ongoing programs, including educational workshops, community outreach, and emergency assistance initiatives. Your donation will directly contribute to these vital efforts.</w:t>
      </w:r>
    </w:p>
    <w:p/>
    <w:p>
      <w:r>
        <w:rPr>
          <w:b/>
          <w:sz w:val="22"/>
        </w:rPr>
        <w:t>How You Can Help</w:t>
      </w:r>
    </w:p>
    <w:p>
      <w:r>
        <w:rPr>
          <w:b w:val="0"/>
          <w:sz w:val="20"/>
        </w:rPr>
        <w:t>We kindly request donations of goods, services, gift certificates, or experiences that can be auctioned during the event. Donations of all sizes and types are greatly appreciated and will be acknowledged appropriately.</w:t>
      </w:r>
    </w:p>
    <w:p/>
    <w:p>
      <w:r>
        <w:rPr>
          <w:b w:val="0"/>
          <w:sz w:val="20"/>
        </w:rPr>
        <w:t>Please provide a detailed description of the donated item(s), including any restrictions, expiration dates, or special instructions that the auction participants should be aware of.</w:t>
      </w:r>
    </w:p>
    <w:p/>
    <w:p>
      <w:r>
        <w:rPr>
          <w:b/>
          <w:sz w:val="22"/>
        </w:rPr>
        <w:t>Legal and Tax Information</w:t>
      </w:r>
    </w:p>
    <w:p>
      <w:r>
        <w:rPr>
          <w:b w:val="0"/>
          <w:sz w:val="20"/>
        </w:rPr>
        <w:t>As a 501(c)(3) nonprofit organization, we will provide a written acknowledgment of your donation suitable for your tax records. No goods or services were provided in exchange for your contribution unless otherwise noted in the donation description.</w:t>
      </w:r>
    </w:p>
    <w:p/>
    <w:p>
      <w:r>
        <w:rPr>
          <w:b/>
          <w:sz w:val="22"/>
        </w:rPr>
        <w:t>Donation Delivery</w:t>
      </w:r>
    </w:p>
    <w:p>
      <w:r>
        <w:rPr>
          <w:b w:val="0"/>
          <w:sz w:val="20"/>
        </w:rPr>
        <w:t>Donations can be delivered in person or shipped to the address below. Please contact us in advance to coordinate delivery or pickup.</w:t>
      </w:r>
    </w:p>
    <w:p>
      <w:r>
        <w:rPr>
          <w:b w:val="0"/>
          <w:sz w:val="20"/>
        </w:rPr>
        <w:t>Organization Name</w:t>
        <w:br/>
        <w:t>1234 Charity Lane</w:t>
        <w:br/>
        <w:t>City, State ZIP</w:t>
        <w:br/>
        <w:t>Phone: (123) 456-7890</w:t>
        <w:br/>
        <w:t>Email: donations@ourorganization.org</w:t>
      </w:r>
    </w:p>
    <w:p/>
    <w:p>
      <w:r>
        <w:rPr>
          <w:b/>
          <w:sz w:val="22"/>
        </w:rPr>
        <w:t>Donation Deadline</w:t>
      </w:r>
    </w:p>
    <w:p>
      <w:r>
        <w:rPr>
          <w:b w:val="0"/>
          <w:sz w:val="20"/>
        </w:rPr>
        <w:t>To ensure inclusion in the silent auction catalog and promotional materials, please submit your donation by the specified deadline communicated separately.</w:t>
      </w:r>
    </w:p>
    <w:p/>
    <w:p>
      <w:r>
        <w:rPr>
          <w:b/>
          <w:sz w:val="22"/>
        </w:rPr>
        <w:t>Recognition of Donors</w:t>
      </w:r>
    </w:p>
    <w:p>
      <w:r>
        <w:rPr>
          <w:b w:val="0"/>
          <w:sz w:val="20"/>
        </w:rPr>
        <w:t>All donors will be recognized in our event program and thanked publicly during the event unless you prefer to remain anonymous. Please indicate your preferred recognition method when submitting your donation.</w:t>
      </w:r>
    </w:p>
    <w:p/>
    <w:p>
      <w:r>
        <w:rPr>
          <w:b/>
          <w:sz w:val="22"/>
        </w:rPr>
        <w:t>Liability and Indemnification</w:t>
      </w:r>
    </w:p>
    <w:p>
      <w:r>
        <w:rPr>
          <w:b w:val="0"/>
          <w:sz w:val="20"/>
        </w:rPr>
        <w:t>Donor agrees that the organization shall not be held responsible for loss, damage, or theft of donated items before, during, or after the event. Donor represents and warrants that they have full authority to donate the item(s) and that the donation does not infringe upon any third-party rights.</w:t>
      </w:r>
    </w:p>
    <w:p/>
    <w:p>
      <w:r>
        <w:rPr>
          <w:b w:val="0"/>
          <w:sz w:val="20"/>
        </w:rPr>
        <w:t>We sincerely appreciate your consideration and support. Your generosity helps us continue to make a meaningful difference in the lives of those we serve.</w:t>
      </w:r>
    </w:p>
    <w:p/>
    <w:p>
      <w:r>
        <w:rPr>
          <w:b w:val="0"/>
          <w:sz w:val="20"/>
        </w:rPr>
        <w:t>With gratitude,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Donor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https://letterdocs-us.com/silent-auction-donation-request-letter/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silent-auction-donation-reques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