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SHIPPING LETTER OF INSTRUCTION</w:t>
      </w:r>
    </w:p>
    <w:p/>
    <w:p>
      <w:r>
        <w:rPr>
          <w:b/>
          <w:sz w:val="20"/>
        </w:rPr>
        <w:t>SHIPPER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CONSIGNEE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NOTIFY PARTY (if different from consignee):</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CARRIER INFORMATION:</w:t>
      </w:r>
    </w:p>
    <w:p>
      <w:r>
        <w:rPr>
          <w:b w:val="0"/>
          <w:sz w:val="20"/>
        </w:rPr>
        <w:t>Carrier Name: ____________________________________________________________</w:t>
      </w:r>
    </w:p>
    <w:p>
      <w:r>
        <w:rPr>
          <w:b w:val="0"/>
          <w:sz w:val="20"/>
        </w:rPr>
        <w:t>Vessel / Flight / Voyage No.: ______________________________________________</w:t>
      </w:r>
    </w:p>
    <w:p>
      <w:r>
        <w:rPr>
          <w:b w:val="0"/>
          <w:sz w:val="20"/>
        </w:rPr>
        <w:t>Port of Loading: _________________________________________________________</w:t>
      </w:r>
    </w:p>
    <w:p>
      <w:r>
        <w:rPr>
          <w:b w:val="0"/>
          <w:sz w:val="20"/>
        </w:rPr>
        <w:t>Port of Discharge: _______________________________________________________</w:t>
      </w:r>
    </w:p>
    <w:p/>
    <w:p>
      <w:r>
        <w:rPr>
          <w:b/>
          <w:sz w:val="20"/>
        </w:rPr>
        <w:t>SHIPMENT DETAILS:</w:t>
      </w:r>
    </w:p>
    <w:p>
      <w:r>
        <w:rPr>
          <w:b w:val="0"/>
          <w:sz w:val="20"/>
        </w:rPr>
        <w:t>Bill of Lading / Airway Bill Number: ______________________________________</w:t>
      </w:r>
    </w:p>
    <w:p>
      <w:r>
        <w:rPr>
          <w:b w:val="0"/>
          <w:sz w:val="20"/>
        </w:rPr>
        <w:t>Booking Number: __________________________________________________________</w:t>
      </w:r>
    </w:p>
    <w:p>
      <w:r>
        <w:rPr>
          <w:b w:val="0"/>
          <w:sz w:val="20"/>
        </w:rPr>
        <w:t>Container Number(s): _____________________________________________________</w:t>
      </w:r>
    </w:p>
    <w:p>
      <w:r>
        <w:rPr>
          <w:b w:val="0"/>
          <w:sz w:val="20"/>
        </w:rPr>
        <w:t>Seal Number(s): __________________________________________________________</w:t>
      </w:r>
    </w:p>
    <w:p>
      <w:r>
        <w:rPr>
          <w:b w:val="0"/>
          <w:sz w:val="20"/>
        </w:rPr>
        <w:t>Place of Receipt: _________________________________________________________</w:t>
      </w:r>
    </w:p>
    <w:p>
      <w:r>
        <w:rPr>
          <w:b w:val="0"/>
          <w:sz w:val="20"/>
        </w:rPr>
        <w:t>Final Destination: ________________________________________________________</w:t>
      </w:r>
    </w:p>
    <w:p/>
    <w:p>
      <w:r>
        <w:rPr>
          <w:b/>
          <w:sz w:val="20"/>
        </w:rPr>
        <w:t>DESCRIPTION OF GOODS:</w:t>
      </w:r>
    </w:p>
    <w:p>
      <w:r>
        <w:rPr>
          <w:b w:val="0"/>
          <w:sz w:val="20"/>
        </w:rPr>
        <w:t>Commodity: _______________________________________________________________</w:t>
      </w:r>
    </w:p>
    <w:p>
      <w:r>
        <w:rPr>
          <w:b w:val="0"/>
          <w:sz w:val="20"/>
        </w:rPr>
        <w:t>Number of Packages: _____________________________________________________</w:t>
      </w:r>
    </w:p>
    <w:p>
      <w:r>
        <w:rPr>
          <w:b w:val="0"/>
          <w:sz w:val="20"/>
        </w:rPr>
        <w:t>Gross Weight: ____________________________________________________________</w:t>
      </w:r>
    </w:p>
    <w:p>
      <w:r>
        <w:rPr>
          <w:b w:val="0"/>
          <w:sz w:val="20"/>
        </w:rPr>
        <w:t>Dimensions: ______________________________________________________________</w:t>
      </w:r>
    </w:p>
    <w:p>
      <w:r>
        <w:rPr>
          <w:b w:val="0"/>
          <w:sz w:val="20"/>
        </w:rPr>
        <w:t>Marks and Numbers: ______________________________________________________</w:t>
      </w:r>
    </w:p>
    <w:p/>
    <w:p>
      <w:r>
        <w:rPr>
          <w:b/>
          <w:sz w:val="20"/>
        </w:rPr>
        <w:t>INSTRUCTIONS TO CARRIER:</w:t>
      </w:r>
    </w:p>
    <w:p>
      <w:r>
        <w:rPr>
          <w:b w:val="0"/>
          <w:sz w:val="20"/>
        </w:rPr>
        <w:t>1. Please issue the Bill of Lading / Airway Bill as per the instructions stated herein.</w:t>
      </w:r>
    </w:p>
    <w:p>
      <w:r>
        <w:rPr>
          <w:b w:val="0"/>
          <w:sz w:val="20"/>
        </w:rPr>
        <w:t>2. Notify the Notify Party immediately upon arrival of the cargo.</w:t>
      </w:r>
    </w:p>
    <w:p>
      <w:r>
        <w:rPr>
          <w:b w:val="0"/>
          <w:sz w:val="20"/>
        </w:rPr>
        <w:t>3. Handle cargo with due care and diligence according to industry standards.</w:t>
      </w:r>
    </w:p>
    <w:p>
      <w:r>
        <w:rPr>
          <w:b w:val="0"/>
          <w:sz w:val="20"/>
        </w:rPr>
        <w:t>4. Deliver cargo only upon presentation of original Bill of Lading / Airway Bill and proper identification.</w:t>
      </w:r>
    </w:p>
    <w:p>
      <w:r>
        <w:rPr>
          <w:b w:val="0"/>
          <w:sz w:val="20"/>
        </w:rPr>
        <w:t>5. Confirm issuance and send copies of all relevant shipping documents to the Shipper and Consignee.</w:t>
      </w:r>
    </w:p>
    <w:p/>
    <w:p>
      <w:r>
        <w:rPr>
          <w:b/>
          <w:sz w:val="20"/>
        </w:rPr>
        <w:t>FREIGHT AND CHARGES:</w:t>
      </w:r>
    </w:p>
    <w:p>
      <w:r>
        <w:rPr>
          <w:b w:val="0"/>
          <w:sz w:val="20"/>
        </w:rPr>
        <w:t>Freight Payment Terms: ___________________________________________________</w:t>
      </w:r>
    </w:p>
    <w:p>
      <w:r>
        <w:rPr>
          <w:b w:val="0"/>
          <w:sz w:val="20"/>
        </w:rPr>
        <w:t>Place and Method of Payment: ______________________________________________</w:t>
      </w:r>
    </w:p>
    <w:p>
      <w:r>
        <w:rPr>
          <w:b w:val="0"/>
          <w:sz w:val="20"/>
        </w:rPr>
        <w:t>Additional Charges / Instructions: __________________________________________</w:t>
      </w:r>
    </w:p>
    <w:p/>
    <w:p>
      <w:r>
        <w:rPr>
          <w:b/>
          <w:sz w:val="20"/>
        </w:rPr>
        <w:t>INSURANCE INSTRUCTIONS:</w:t>
      </w:r>
    </w:p>
    <w:p>
      <w:r>
        <w:rPr>
          <w:b w:val="0"/>
          <w:sz w:val="20"/>
        </w:rPr>
        <w:t>Insurance Required: _______________________________________________________</w:t>
      </w:r>
    </w:p>
    <w:p>
      <w:r>
        <w:rPr>
          <w:b w:val="0"/>
          <w:sz w:val="20"/>
        </w:rPr>
        <w:t>If yes, please insure for: _________________________________________________</w:t>
      </w:r>
    </w:p>
    <w:p>
      <w:r>
        <w:rPr>
          <w:b w:val="0"/>
          <w:sz w:val="20"/>
        </w:rPr>
        <w:t>Insurance Policy / Certificate to be sent to: ________________________________</w:t>
      </w:r>
    </w:p>
    <w:p/>
    <w:p>
      <w:r>
        <w:rPr>
          <w:b/>
          <w:sz w:val="20"/>
        </w:rPr>
        <w:t>SPECIAL INSTRUCTIONS:</w:t>
      </w:r>
    </w:p>
    <w:p>
      <w:r>
        <w:rPr>
          <w:b w:val="0"/>
          <w:sz w:val="20"/>
        </w:rPr>
        <w:t>___________________________________________________________________________</w:t>
      </w:r>
    </w:p>
    <w:p>
      <w:r>
        <w:rPr>
          <w:b w:val="0"/>
          <w:sz w:val="20"/>
        </w:rPr>
        <w:t>___________________________________________________________________________</w:t>
      </w:r>
    </w:p>
    <w:p>
      <w:r>
        <w:rPr>
          <w:b w:val="0"/>
          <w:sz w:val="20"/>
        </w:rPr>
        <w:t>___________________________________________________________________________</w:t>
      </w:r>
    </w:p>
    <w:p/>
    <w:p/>
    <w:p>
      <w:r>
        <w:rPr>
          <w:b/>
          <w:sz w:val="20"/>
        </w:rPr>
        <w:t>DECLARATION:</w:t>
      </w:r>
    </w:p>
    <w:p>
      <w:r>
        <w:rPr>
          <w:b w:val="0"/>
          <w:sz w:val="20"/>
        </w:rPr>
        <w:t>The undersigned declares that the information provided herein is complete and accurate and authorizes the Carrier to act accordingly in the shipment of the described goods. The Shipper agrees to indemnify and hold harmless the Carrier from all claims, damages, or losses arising from any inaccuracies or violations of applicable laws and regulations related to this shipment.</w:t>
      </w:r>
    </w:p>
    <w:p/>
    <w:p/>
    <w:p>
      <w:r>
        <w:rPr>
          <w:b w:val="0"/>
          <w:sz w:val="20"/>
        </w:rPr>
        <w:t>Place of Issue: ____________________________________________________________</w:t>
      </w:r>
    </w:p>
    <w:p>
      <w:r>
        <w:rPr>
          <w:b w:val="0"/>
          <w:sz w:val="20"/>
        </w:rPr>
        <w:t>Date of Issue: 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SHIPPER</w:t>
            </w:r>
          </w:p>
        </w:tc>
        <w:tc>
          <w:tcPr>
            <w:tcW w:type="dxa" w:w="4986"/>
            <w:tcBorders>
              <w:top w:val="nil"/>
              <w:left w:val="nil"/>
              <w:bottom w:val="nil"/>
              <w:right w:val="nil"/>
              <w:insideH w:val="nil"/>
              <w:insideV w:val="nil"/>
            </w:tcBorders>
          </w:tcPr>
          <w:p>
            <w:pPr>
              <w:jc w:val="center"/>
            </w:pPr>
            <w:r>
              <w:t>CARRIER / AGENT</w:t>
            </w:r>
          </w:p>
        </w:tc>
      </w:tr>
      <w:tr>
        <w:tc>
          <w:tcPr>
            <w:tcW w:type="dxa" w:w="4986"/>
            <w:tcBorders>
              <w:top w:val="nil"/>
              <w:left w:val="nil"/>
              <w:bottom w:val="nil"/>
              <w:right w:val="nil"/>
              <w:insideH w:val="nil"/>
              <w:insideV w:val="nil"/>
            </w:tcBorders>
          </w:tcPr>
          <w:p>
            <w:pPr>
              <w:jc w:val="center"/>
            </w:pPr>
            <w:r>
              <w:br/>
              <w:br/>
              <w:t>Authorized Signature: _________________________</w:t>
            </w:r>
          </w:p>
        </w:tc>
        <w:tc>
          <w:tcPr>
            <w:tcW w:type="dxa" w:w="4986"/>
            <w:tcBorders>
              <w:top w:val="nil"/>
              <w:left w:val="nil"/>
              <w:bottom w:val="nil"/>
              <w:right w:val="nil"/>
              <w:insideH w:val="nil"/>
              <w:insideV w:val="nil"/>
            </w:tcBorders>
          </w:tcPr>
          <w:p>
            <w:pPr>
              <w:jc w:val="center"/>
            </w:pPr>
            <w:r>
              <w:br/>
              <w:br/>
              <w:t>Authorized 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___________________________________</w:t>
            </w:r>
          </w:p>
        </w:tc>
        <w:tc>
          <w:tcPr>
            <w:tcW w:type="dxa" w:w="4986"/>
            <w:tcBorders>
              <w:top w:val="nil"/>
              <w:left w:val="nil"/>
              <w:bottom w:val="nil"/>
              <w:right w:val="nil"/>
              <w:insideH w:val="nil"/>
              <w:insideV w:val="nil"/>
            </w:tcBorders>
          </w:tcPr>
          <w:p>
            <w:pPr>
              <w:jc w:val="center"/>
            </w:pPr>
            <w:r>
              <w:t>Name &amp; Title: 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https://letterdocs-us.com/shipping-letter-of-instruction/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shipping-letter-of-instruction/"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