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SECURITY DEPOSIT RETURN LETTER</w:t>
      </w:r>
    </w:p>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of Rented Property: ____________________________________________</w:t>
      </w:r>
    </w:p>
    <w:p>
      <w:r>
        <w:rPr>
          <w:b w:val="0"/>
          <w:sz w:val="20"/>
        </w:rPr>
        <w:t>Tenant's Forwarding Address: 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Subject: Return of Security Deposit for the Lease of the Premises</w:t>
      </w:r>
    </w:p>
    <w:p/>
    <w:p>
      <w:r>
        <w:rPr>
          <w:b w:val="0"/>
          <w:sz w:val="20"/>
        </w:rPr>
        <w:t>Dear Tenant,</w:t>
      </w:r>
    </w:p>
    <w:p/>
    <w:p>
      <w:r>
        <w:rPr>
          <w:b w:val="0"/>
          <w:sz w:val="20"/>
        </w:rPr>
        <w:t>This letter serves as the official notification regarding the return of your security deposit related to your tenancy at the above referenced rented property. The lease agreement between the Landlord and Tenant has been terminated, and the tenancy period has ended.</w:t>
      </w:r>
    </w:p>
    <w:p/>
    <w:p>
      <w:r>
        <w:rPr>
          <w:b/>
          <w:sz w:val="20"/>
        </w:rPr>
        <w:t>Security Deposit Details:</w:t>
      </w:r>
    </w:p>
    <w:p>
      <w:r>
        <w:rPr>
          <w:b w:val="0"/>
          <w:sz w:val="20"/>
        </w:rPr>
        <w:t>Amount of Security Deposit Paid: $__________________________</w:t>
      </w:r>
    </w:p>
    <w:p>
      <w:r>
        <w:rPr>
          <w:b w:val="0"/>
          <w:sz w:val="20"/>
        </w:rPr>
        <w:t>Date Security Deposit Received: ______________________________</w:t>
      </w:r>
    </w:p>
    <w:p/>
    <w:p>
      <w:r>
        <w:rPr>
          <w:b/>
          <w:sz w:val="20"/>
        </w:rPr>
        <w:t>Property Inspection and Deductions:</w:t>
      </w:r>
    </w:p>
    <w:p>
      <w:r>
        <w:rPr>
          <w:b w:val="0"/>
          <w:sz w:val="20"/>
        </w:rPr>
        <w:t>An inspection of the property was conducted to assess its condition at the conclusion of the tenancy. Any deductions from the security deposit have been made in accordance with applicable state laws and the terms of the lease agreement. These deductions cover but are not limited to unpaid rent, damages beyond normal wear and tear, cleaning costs, and necessary repairs.</w:t>
      </w:r>
    </w:p>
    <w:p/>
    <w:p>
      <w:r>
        <w:rPr>
          <w:b/>
          <w:sz w:val="20"/>
        </w:rPr>
        <w:t>Itemized Deductions: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r>
              <w:t>Description</w:t>
            </w:r>
          </w:p>
        </w:tc>
        <w:tc>
          <w:tcPr>
            <w:tcW w:type="dxa" w:w="4986"/>
            <w:tcBorders>
              <w:top w:val="nil"/>
              <w:left w:val="nil"/>
              <w:bottom w:val="nil"/>
              <w:right w:val="nil"/>
              <w:insideH w:val="nil"/>
              <w:insideV w:val="nil"/>
            </w:tcBorders>
          </w:tcPr>
          <w:p>
            <w:r>
              <w:t>Amount (USD)</w:t>
            </w:r>
          </w:p>
        </w:tc>
      </w:tr>
      <w:tr>
        <w:tc>
          <w:tcPr>
            <w:tcW w:type="dxa" w:w="4986"/>
            <w:tcBorders>
              <w:top w:val="nil"/>
              <w:left w:val="nil"/>
              <w:bottom w:val="nil"/>
              <w:right w:val="nil"/>
              <w:insideH w:val="nil"/>
              <w:insideV w:val="nil"/>
            </w:tcBorders>
          </w:tcPr>
          <w:p>
            <w:r>
              <w:t>__________________________________________________________</w:t>
            </w:r>
          </w:p>
        </w:tc>
        <w:tc>
          <w:tcPr>
            <w:tcW w:type="dxa" w:w="4986"/>
            <w:tcBorders>
              <w:top w:val="nil"/>
              <w:left w:val="nil"/>
              <w:bottom w:val="nil"/>
              <w:right w:val="nil"/>
              <w:insideH w:val="nil"/>
              <w:insideV w:val="nil"/>
            </w:tcBorders>
          </w:tcPr>
          <w:p>
            <w:r>
              <w:t>__________________</w:t>
            </w:r>
          </w:p>
        </w:tc>
      </w:tr>
    </w:tbl>
    <w:p/>
    <w:p/>
    <w:p>
      <w:r>
        <w:rPr>
          <w:b/>
          <w:sz w:val="20"/>
        </w:rPr>
        <w:t>Total Amount of Security Deposit Returned: $__________________________</w:t>
      </w:r>
    </w:p>
    <w:p/>
    <w:p>
      <w:r>
        <w:rPr>
          <w:b/>
          <w:sz w:val="20"/>
        </w:rPr>
        <w:t>Payment Method for Returned Deposit:</w:t>
      </w:r>
    </w:p>
    <w:p>
      <w:r>
        <w:rPr>
          <w:b w:val="0"/>
          <w:sz w:val="20"/>
        </w:rPr>
        <w:t>The returned security deposit will be sent or delivered via: ____________________________________</w:t>
      </w:r>
    </w:p>
    <w:p/>
    <w:p>
      <w:r>
        <w:rPr>
          <w:b/>
          <w:sz w:val="20"/>
        </w:rPr>
        <w:t>Legal Compliance:</w:t>
      </w:r>
    </w:p>
    <w:p>
      <w:r>
        <w:rPr>
          <w:b w:val="0"/>
          <w:sz w:val="20"/>
        </w:rPr>
        <w:t>This return of the security deposit is made in accordance with applicable federal, state, and local laws governing landlord-tenant relationships in the United States. All deductions are itemized, reasonable, and comply with statutory requirements. The Tenant’s forwarding address has been requested to ensure proper delivery of the funds.</w:t>
      </w:r>
    </w:p>
    <w:p/>
    <w:p>
      <w:r>
        <w:rPr>
          <w:b/>
          <w:sz w:val="20"/>
        </w:rPr>
        <w:t>Tenant’s Acknowledgment:</w:t>
      </w:r>
    </w:p>
    <w:p>
      <w:r>
        <w:rPr>
          <w:b w:val="0"/>
          <w:sz w:val="20"/>
        </w:rPr>
        <w:t>By signing below, the Tenant acknowledges receipt of this Security Deposit Return Letter and the returned funds as specified above, subject to the terms stated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 Name: ___________________________</w:t>
            </w:r>
          </w:p>
        </w:tc>
        <w:tc>
          <w:tcPr>
            <w:tcW w:type="dxa" w:w="4986"/>
            <w:tcBorders>
              <w:top w:val="nil"/>
              <w:left w:val="nil"/>
              <w:bottom w:val="nil"/>
              <w:right w:val="nil"/>
              <w:insideH w:val="nil"/>
              <w:insideV w:val="nil"/>
            </w:tcBorders>
          </w:tcPr>
          <w:p>
            <w:pPr>
              <w:jc w:val="center"/>
            </w:pPr>
            <w:r>
              <w:t>Print Name: ___________________________</w:t>
            </w:r>
          </w:p>
        </w:tc>
      </w:tr>
    </w:tbl>
    <w:p/>
    <w:p/>
    <w:p>
      <w:r>
        <w:rPr>
          <w:b/>
          <w:sz w:val="20"/>
        </w:rPr>
        <w:t>For any questions or concerns regarding this deposit return, please contact the Landlord at the information provided above.</w:t>
      </w:r>
    </w:p>
    <w:p/>
    <w:p/>
    <w:p>
      <w:r>
        <w:rPr>
          <w:b/>
          <w:sz w:val="20"/>
        </w:rPr>
        <w:t>Sincerely,</w:t>
      </w:r>
    </w:p>
    <w:p/>
    <w:p/>
    <w:p/>
    <w:p>
      <w:r>
        <w:rPr>
          <w:b w:val="0"/>
          <w:sz w:val="20"/>
        </w:rPr>
        <w:t>___________________________________________________________</w:t>
      </w:r>
    </w:p>
    <w:p>
      <w:r>
        <w:rPr>
          <w:b w:val="0"/>
          <w:sz w:val="20"/>
        </w:rPr>
        <w:t>Landlord’s Signature</w:t>
      </w:r>
    </w:p>
    <w:p/>
    <w:p>
      <w:r>
        <w:rPr>
          <w:b w:val="0"/>
          <w:sz w:val="20"/>
        </w:rPr>
        <w:t>___________________________________________________________</w:t>
      </w:r>
    </w:p>
    <w:p>
      <w:r>
        <w:rPr>
          <w:b w:val="0"/>
          <w:sz w:val="20"/>
        </w:rPr>
        <w:t>Date</w:t>
      </w:r>
    </w:p>
    <w:p/>
    <w:p/>
    <w:p>
      <w:r>
        <w:br w:type="page"/>
      </w:r>
    </w:p>
    <w:p>
      <w:pPr>
        <w:jc w:val="center"/>
      </w:pPr>
      <w:r>
        <w:rPr>
          <w:color w:val="555555"/>
          <w:sz w:val="24"/>
        </w:rPr>
        <w:t>Original source of this document:</w:t>
      </w:r>
    </w:p>
    <w:p>
      <w:pPr>
        <w:jc w:val="center"/>
      </w:pPr>
      <w:hyperlink r:id="rId9">
        <w:r>
          <w:rPr>
            <w:color w:val="0000FF"/>
            <w:u w:val="single"/>
          </w:rPr>
          <w:t>https://letterdocs-us.com/security-deposit-return-letter/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ecurity-deposit-retur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