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RESPONSE TO CEASE AND DESIST LETTER</w:t>
      </w:r>
    </w:p>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Reference:</w:t>
      </w:r>
    </w:p>
    <w:p>
      <w:r>
        <w:rPr>
          <w:b w:val="0"/>
          <w:sz w:val="20"/>
        </w:rPr>
        <w:t>Cease and Desist Letter dated: _________________________________________</w:t>
      </w:r>
    </w:p>
    <w:p>
      <w:r>
        <w:rPr>
          <w:b w:val="0"/>
          <w:sz w:val="20"/>
        </w:rPr>
        <w:t>Regarding: _____________________________________________________________</w:t>
      </w:r>
    </w:p>
    <w:p/>
    <w:p>
      <w:r>
        <w:rPr>
          <w:b/>
          <w:sz w:val="20"/>
        </w:rPr>
        <w:t>Dear Sir or Madam,</w:t>
      </w:r>
    </w:p>
    <w:p/>
    <w:p>
      <w:r>
        <w:rPr>
          <w:b w:val="0"/>
          <w:sz w:val="20"/>
        </w:rPr>
        <w:t>I am writing in response to your cease and desist letter referenced above. This letter constitutes my formal reply to the assertions made therein. I request that you carefully consider the following statements prior to any further action.</w:t>
      </w:r>
    </w:p>
    <w:p/>
    <w:p>
      <w:r>
        <w:rPr>
          <w:b/>
          <w:sz w:val="20"/>
        </w:rPr>
        <w:t>1. Background and Context</w:t>
      </w:r>
    </w:p>
    <w:p>
      <w:r>
        <w:rPr>
          <w:b w:val="0"/>
          <w:sz w:val="20"/>
        </w:rPr>
        <w:t>The facts and circumstances as stated in your letter do not accurately represent the situation. I maintain that my actions were lawful and conducted in good faith, consistent with applicable laws and agreements.</w:t>
      </w:r>
    </w:p>
    <w:p/>
    <w:p>
      <w:r>
        <w:rPr>
          <w:b/>
          <w:sz w:val="20"/>
        </w:rPr>
        <w:t>2. Denial of Allegations</w:t>
      </w:r>
    </w:p>
    <w:p>
      <w:r>
        <w:rPr>
          <w:b w:val="0"/>
          <w:sz w:val="20"/>
        </w:rPr>
        <w:t>I categorically deny all allegations of wrongdoing and any claims of infringement or violation contained in your letter. To the extent any misunderstandings exist, I am willing to provide clarifications and relevant evidence to support my position.</w:t>
      </w:r>
    </w:p>
    <w:p/>
    <w:p>
      <w:r>
        <w:rPr>
          <w:b/>
          <w:sz w:val="20"/>
        </w:rPr>
        <w:t>3. Legal Basis and Compliance</w:t>
      </w:r>
    </w:p>
    <w:p>
      <w:r>
        <w:rPr>
          <w:b w:val="0"/>
          <w:sz w:val="20"/>
        </w:rPr>
        <w:t>At all times, I have acted in compliance with United States federal, state, and local laws. Any purported claims of infringement or violation are factually and legally unfounded and thus without merit.</w:t>
      </w:r>
    </w:p>
    <w:p/>
    <w:p>
      <w:r>
        <w:rPr>
          <w:b/>
          <w:sz w:val="20"/>
        </w:rPr>
        <w:t>4. Request for Evidence</w:t>
      </w:r>
    </w:p>
    <w:p>
      <w:r>
        <w:rPr>
          <w:b w:val="0"/>
          <w:sz w:val="20"/>
        </w:rPr>
        <w:t>I hereby request that you provide all pertinent evidence supporting your claims, including but not limited to documents, communications, and other materials relied upon in issuing your cease and desist letter.</w:t>
      </w:r>
    </w:p>
    <w:p/>
    <w:p>
      <w:r>
        <w:rPr>
          <w:b/>
          <w:sz w:val="20"/>
        </w:rPr>
        <w:t>5. Reservation of Rights</w:t>
      </w:r>
    </w:p>
    <w:p>
      <w:r>
        <w:rPr>
          <w:b w:val="0"/>
          <w:sz w:val="20"/>
        </w:rPr>
        <w:t>Nothing in this response shall constitute an admission of liability, wrongdoing, or waiver of any rights. I expressly reserve all rights, including the right to seek any and all remedies available under law.</w:t>
      </w:r>
    </w:p>
    <w:p/>
    <w:p>
      <w:r>
        <w:rPr>
          <w:b/>
          <w:sz w:val="20"/>
        </w:rPr>
        <w:t>6. Good Faith Efforts to Resolve</w:t>
      </w:r>
    </w:p>
    <w:p>
      <w:r>
        <w:rPr>
          <w:b w:val="0"/>
          <w:sz w:val="20"/>
        </w:rPr>
        <w:t>I remain open to engaging in good faith discussions aimed at resolving this matter amicably and expeditiously. Please direct all future communications to my undersigned representative or myself at the contact information provided above.</w:t>
      </w:r>
    </w:p>
    <w:p/>
    <w:p>
      <w:r>
        <w:rPr>
          <w:b/>
          <w:sz w:val="20"/>
        </w:rPr>
        <w:t>Sincerely,</w:t>
      </w:r>
    </w:p>
    <w:p/>
    <w:p/>
    <w:p/>
    <w:p/>
    <w:p>
      <w:r>
        <w:rPr>
          <w:b w:val="0"/>
          <w:sz w:val="20"/>
        </w:rPr>
        <w:t>______________________________</w:t>
      </w:r>
    </w:p>
    <w:p>
      <w:r>
        <w:rPr>
          <w:b w:val="0"/>
          <w:sz w:val="20"/>
        </w:rPr>
        <w:t>Full Name of Respondent</w:t>
      </w:r>
    </w:p>
    <w:p>
      <w:r>
        <w:rPr>
          <w:b w:val="0"/>
          <w:sz w:val="20"/>
        </w:rPr>
        <w:t>Title (if applicable)</w:t>
      </w:r>
    </w:p>
    <w:p>
      <w:r>
        <w:rPr>
          <w:b w:val="0"/>
          <w:sz w:val="20"/>
        </w:rPr>
        <w:t>Date: 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RESPONDENT</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https://letterdocs-us.com/response-to-cease-and-desist-letter/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response-to-cease-and-desis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