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__________________________________________</w:t>
      </w:r>
    </w:p>
    <w:p/>
    <w:p>
      <w:r>
        <w:rPr>
          <w:b w:val="0"/>
          <w:sz w:val="20"/>
        </w:rPr>
        <w:t>Dear ____________________________,</w:t>
      </w:r>
    </w:p>
    <w:p/>
    <w:p>
      <w:r>
        <w:rPr>
          <w:b w:val="0"/>
          <w:sz w:val="20"/>
        </w:rPr>
        <w:t>I am writing to formally announce my resignation from my position at ____________________________, effective two weeks from the date of this letter.</w:t>
      </w:r>
    </w:p>
    <w:p/>
    <w:p>
      <w:r>
        <w:rPr>
          <w:b w:val="0"/>
          <w:sz w:val="20"/>
        </w:rPr>
        <w:t>This decision has not been made lightly, and after careful consideration, I believe it is in my best interest to pursue other professional opportunities.</w:t>
      </w:r>
    </w:p>
    <w:p/>
    <w:p>
      <w:r>
        <w:rPr>
          <w:b w:val="0"/>
          <w:sz w:val="20"/>
        </w:rPr>
        <w:t>I want to sincerely thank you and the entire team for the opportunities for growth, support, and collaboration that I have experienced during my time here. The knowledge and skills I have gained are invaluable and will significantly contribute to my future career.</w:t>
      </w:r>
    </w:p>
    <w:p/>
    <w:p>
      <w:r>
        <w:rPr>
          <w:b w:val="0"/>
          <w:sz w:val="20"/>
        </w:rPr>
        <w:t>To ensure a smooth transition, I am committed to assisting in training my replacement and completing any outstanding projects or tasks. Please let me know how I can be of help during this period.</w:t>
      </w:r>
    </w:p>
    <w:p/>
    <w:p>
      <w:r>
        <w:rPr>
          <w:b w:val="0"/>
          <w:sz w:val="20"/>
        </w:rPr>
        <w:t>I am open to discussing how best to hand over my responsibilities and am confident that the team will continue to achieve great success.</w:t>
      </w:r>
    </w:p>
    <w:p/>
    <w:p>
      <w:r>
        <w:rPr>
          <w:b w:val="0"/>
          <w:sz w:val="20"/>
        </w:rPr>
        <w:t>Thank you again for the guidance and support. I look forward to staying in touch and wish the company continued growth and prosperity.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Title: ________________________________________</w:t>
            </w:r>
          </w:p>
        </w:tc>
      </w:tr>
    </w:tbl>
    <w:p/>
    <w:p/>
    <w:p>
      <w:r>
        <w:rPr>
          <w:b/>
          <w:sz w:val="20"/>
        </w:rPr>
        <w:t>cc:</w:t>
      </w:r>
    </w:p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https://letterdocs-us.com/resignation-letter-email/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resignation-letter-email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