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REQUEST FOR RAFFLE PRIZE DONATION</w:t>
      </w:r>
    </w:p>
    <w:p/>
    <w:p/>
    <w:p>
      <w:r>
        <w:rPr>
          <w:b/>
          <w:sz w:val="22"/>
        </w:rPr>
        <w:t>Sender Information</w:t>
      </w:r>
    </w:p>
    <w:p>
      <w:r>
        <w:rPr>
          <w:b w:val="0"/>
          <w:sz w:val="20"/>
        </w:rPr>
        <w:t>Organization Name: __________________________________________________________</w:t>
      </w:r>
    </w:p>
    <w:p>
      <w:r>
        <w:rPr>
          <w:b w:val="0"/>
          <w:sz w:val="20"/>
        </w:rPr>
        <w:t>Address: ___________________________________________________________________</w:t>
      </w:r>
    </w:p>
    <w:p>
      <w:r>
        <w:rPr>
          <w:b w:val="0"/>
          <w:sz w:val="20"/>
        </w:rPr>
        <w:t>City, State, ZIP Code: 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p>
      <w:r>
        <w:rPr>
          <w:b/>
          <w:sz w:val="22"/>
        </w:rPr>
        <w:t>Recipient Information</w:t>
      </w:r>
    </w:p>
    <w:p>
      <w:r>
        <w:rPr>
          <w:b w:val="0"/>
          <w:sz w:val="20"/>
        </w:rPr>
        <w:t>Company/Donor Name: ________________________________________________________</w:t>
      </w:r>
    </w:p>
    <w:p>
      <w:r>
        <w:rPr>
          <w:b w:val="0"/>
          <w:sz w:val="20"/>
        </w:rPr>
        <w:t>Contact Person: _____________________________________________________________</w:t>
      </w:r>
    </w:p>
    <w:p>
      <w:r>
        <w:rPr>
          <w:b w:val="0"/>
          <w:sz w:val="20"/>
        </w:rPr>
        <w:t>Address: ___________________________________________________________________</w:t>
      </w:r>
    </w:p>
    <w:p>
      <w:r>
        <w:rPr>
          <w:b w:val="0"/>
          <w:sz w:val="20"/>
        </w:rPr>
        <w:t>City, State, ZIP Code: 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p>
      <w:r>
        <w:rPr>
          <w:b w:val="0"/>
          <w:sz w:val="20"/>
        </w:rPr>
        <w:t>Dear Sir or Madam,</w:t>
      </w:r>
    </w:p>
    <w:p/>
    <w:p>
      <w:r>
        <w:rPr>
          <w:b w:val="0"/>
          <w:sz w:val="20"/>
        </w:rPr>
        <w:t>On behalf of __________________________________________________________ (Organization Name), I am writing to respectfully request your support by donating a prize for our upcoming raffle event. Our organization is dedicated to __________________________________________________________ (brief description of mission or cause), and this fundraiser is vital to help us continue our important work.</w:t>
      </w:r>
    </w:p>
    <w:p/>
    <w:p>
      <w:r>
        <w:rPr>
          <w:b/>
          <w:sz w:val="22"/>
        </w:rPr>
        <w:t>Event Details</w:t>
      </w:r>
    </w:p>
    <w:p>
      <w:r>
        <w:rPr>
          <w:b w:val="0"/>
          <w:sz w:val="20"/>
        </w:rPr>
        <w:t>Event Name: ________________________________________________________________</w:t>
      </w:r>
    </w:p>
    <w:p>
      <w:r>
        <w:rPr>
          <w:b w:val="0"/>
          <w:sz w:val="20"/>
        </w:rPr>
        <w:t>Event Location: ____________________________________________________________</w:t>
      </w:r>
    </w:p>
    <w:p>
      <w:r>
        <w:rPr>
          <w:b w:val="0"/>
          <w:sz w:val="20"/>
        </w:rPr>
        <w:t>Event Date: ________________________________________________________________</w:t>
      </w:r>
    </w:p>
    <w:p>
      <w:r>
        <w:rPr>
          <w:b w:val="0"/>
          <w:sz w:val="20"/>
        </w:rPr>
        <w:t>Expected Attendance: ________________________________________________________</w:t>
      </w:r>
    </w:p>
    <w:p/>
    <w:p>
      <w:r>
        <w:rPr>
          <w:b w:val="0"/>
          <w:sz w:val="20"/>
        </w:rPr>
        <w:t>We would be honored if you would consider donating one or more prizes to be raffled at our event. Your generous contribution will not only help us raise essential funds but also provide excellent exposure for your business. All donors will be recognized in our event materials and public acknowledgments.</w:t>
      </w:r>
    </w:p>
    <w:p/>
    <w:p>
      <w:r>
        <w:rPr>
          <w:b/>
          <w:sz w:val="22"/>
        </w:rPr>
        <w:t>Tax and Legal Information</w:t>
      </w:r>
    </w:p>
    <w:p>
      <w:r>
        <w:rPr>
          <w:b w:val="0"/>
          <w:sz w:val="20"/>
        </w:rPr>
        <w:t>Our organization is a registered 501(c)(3) non-profit entity under United States law. Your donation is tax-deductible to the fullest extent permitted by law. We will provide a written acknowledgment for your contribution, including a description of the donated item(s) and the date of donation. Please consult your tax advisor for specific tax-related questions.</w:t>
      </w:r>
    </w:p>
    <w:p/>
    <w:p>
      <w:r>
        <w:rPr>
          <w:b/>
          <w:sz w:val="22"/>
        </w:rPr>
        <w:t>Donation Delivery</w:t>
      </w:r>
    </w:p>
    <w:p>
      <w:r>
        <w:rPr>
          <w:b w:val="0"/>
          <w:sz w:val="20"/>
        </w:rPr>
        <w:t>Donations can be delivered or mailed to the address listed above. Please contact us at the provided phone number or email to arrange for pick-up or to discuss any questions or special requirements.</w:t>
      </w:r>
    </w:p>
    <w:p/>
    <w:p>
      <w:r>
        <w:rPr>
          <w:b w:val="0"/>
          <w:sz w:val="20"/>
        </w:rPr>
        <w:t>We sincerely appreciate your consideration of this request and hope to partner with you in making our event a success. Thank you for your generosity and support.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p/>
    <w:p>
      <w:r>
        <w:rPr>
          <w:b w:val="0"/>
          <w:sz w:val="20"/>
        </w:rPr>
        <w:t>Date: 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https://letterdocs-us.com/request-raffle-prize-donation-letter/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request-raffle-prize-don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