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RENT REDUCTION LETTER</w:t>
      </w:r>
    </w:p>
    <w:p/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Tenant Name: _____________________________________________</w:t>
      </w:r>
    </w:p>
    <w:p>
      <w:r>
        <w:rPr>
          <w:b w:val="0"/>
          <w:sz w:val="20"/>
        </w:rPr>
        <w:t>Address: _________________________________________________</w:t>
      </w:r>
    </w:p>
    <w:p>
      <w:r>
        <w:rPr>
          <w:b w:val="0"/>
          <w:sz w:val="20"/>
        </w:rPr>
        <w:t>City, State, Zip Code: ____________________________________</w:t>
      </w:r>
    </w:p>
    <w:p>
      <w:r>
        <w:rPr>
          <w:b w:val="0"/>
          <w:sz w:val="20"/>
        </w:rPr>
        <w:t>Phone: ___________________________________________________</w:t>
      </w:r>
    </w:p>
    <w:p>
      <w:r>
        <w:rPr>
          <w:b w:val="0"/>
          <w:sz w:val="20"/>
        </w:rPr>
        <w:t>Email: ___________________________________________________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Landlord/Property Manager Name: ___________________________</w:t>
      </w:r>
    </w:p>
    <w:p>
      <w:r>
        <w:rPr>
          <w:b w:val="0"/>
          <w:sz w:val="20"/>
        </w:rPr>
        <w:t>Property Address: __________________________________________</w:t>
      </w:r>
    </w:p>
    <w:p>
      <w:r>
        <w:rPr>
          <w:b w:val="0"/>
          <w:sz w:val="20"/>
        </w:rPr>
        <w:t>City, State, Zip Code: _____________________________________</w:t>
      </w:r>
    </w:p>
    <w:p/>
    <w:p/>
    <w:p>
      <w:r>
        <w:rPr>
          <w:b/>
          <w:sz w:val="20"/>
        </w:rPr>
        <w:t>Subject: Request for Rent Reduction</w:t>
      </w:r>
    </w:p>
    <w:p/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I am writing to formally request a reduction in rent for the premises I currently lease at the above address. This request is made in light of changed circumstances that have adversely impacted my financial ability to meet the current rent obligation.</w:t>
      </w:r>
    </w:p>
    <w:p/>
    <w:p>
      <w:r>
        <w:rPr>
          <w:b/>
          <w:sz w:val="20"/>
        </w:rPr>
        <w:t>Explanation of Circumstances:</w:t>
      </w:r>
    </w:p>
    <w:p>
      <w:r>
        <w:rPr>
          <w:b w:val="0"/>
          <w:sz w:val="20"/>
        </w:rPr>
        <w:t>Due to recent unexpected events beyond my control, including but not limited to loss of income, medical expenses, or other significant financial hardship, I am unable to continue paying the current rent amount without undue financial strain.</w:t>
      </w:r>
    </w:p>
    <w:p/>
    <w:p>
      <w:r>
        <w:rPr>
          <w:b/>
          <w:sz w:val="20"/>
        </w:rPr>
        <w:t>Proposed Rent Reduction:</w:t>
      </w:r>
    </w:p>
    <w:p>
      <w:r>
        <w:rPr>
          <w:b w:val="0"/>
          <w:sz w:val="20"/>
        </w:rPr>
        <w:t>I respectfully propose a temporary rent reduction from the current amount of $____________ per month to $____________ per month. This reduction will greatly assist me in maintaining tenancy while managing my financial situation.</w:t>
      </w:r>
    </w:p>
    <w:p/>
    <w:p>
      <w:r>
        <w:rPr>
          <w:b/>
          <w:sz w:val="20"/>
        </w:rPr>
        <w:t>Duration of Rent Reduction:</w:t>
      </w:r>
    </w:p>
    <w:p>
      <w:r>
        <w:rPr>
          <w:b w:val="0"/>
          <w:sz w:val="20"/>
        </w:rPr>
        <w:t>I propose that this rent reduction be effective starting immediately upon your acceptance of this letter and continue for a period of ________ months, after which we may discuss restoration or adjustment of the rent based on updated circumstances.</w:t>
      </w:r>
    </w:p>
    <w:p/>
    <w:p>
      <w:r>
        <w:rPr>
          <w:b/>
          <w:sz w:val="20"/>
        </w:rPr>
        <w:t>Good Faith and Compliance:</w:t>
      </w:r>
    </w:p>
    <w:p>
      <w:r>
        <w:rPr>
          <w:b w:val="0"/>
          <w:sz w:val="20"/>
        </w:rPr>
        <w:t>This request is made in good faith and with the intent to fulfill all lease obligations to the best of my ability. I remain committed to maintaining the property in good condition and abiding by all terms of the lease agreement.</w:t>
      </w:r>
    </w:p>
    <w:p/>
    <w:p>
      <w:r>
        <w:rPr>
          <w:b/>
          <w:sz w:val="20"/>
        </w:rPr>
        <w:t>Landlord Response:</w:t>
      </w:r>
    </w:p>
    <w:p>
      <w:r>
        <w:rPr>
          <w:b w:val="0"/>
          <w:sz w:val="20"/>
        </w:rPr>
        <w:t>I kindly request your prompt consideration of this matter and a written response within ______ days of receipt of this letter. Please feel free to contact me at the phone number or email above to discuss this request further.</w:t>
      </w:r>
    </w:p>
    <w:p/>
    <w:p/>
    <w:p>
      <w:r>
        <w:rPr>
          <w:b w:val="0"/>
          <w:sz w:val="20"/>
        </w:rPr>
        <w:t>Thank you for your understanding and cooperation.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Landlord/Property Manager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https://letterdocs-us.com/rent-reduction-letter/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rent-reduction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