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PROMOTION LETTER</w:t>
      </w:r>
    </w:p>
    <w:p/>
    <w:p/>
    <w:p>
      <w:r>
        <w:rPr>
          <w:b w:val="0"/>
          <w:sz w:val="20"/>
        </w:rPr>
        <w:t>Company Name: _________________________________________________</w:t>
      </w:r>
    </w:p>
    <w:p>
      <w:r>
        <w:rPr>
          <w:b w:val="0"/>
          <w:sz w:val="20"/>
        </w:rPr>
        <w:t>Company Address: _______________________________________________</w:t>
      </w:r>
    </w:p>
    <w:p>
      <w:r>
        <w:rPr>
          <w:b w:val="0"/>
          <w:sz w:val="20"/>
        </w:rPr>
        <w:t>City, State, ZIP: _______________________________________________</w:t>
      </w:r>
    </w:p>
    <w:p>
      <w:r>
        <w:rPr>
          <w:b w:val="0"/>
          <w:sz w:val="20"/>
        </w:rPr>
        <w:t>Phone Number: _________________________________________________</w:t>
      </w:r>
    </w:p>
    <w:p>
      <w:r>
        <w:rPr>
          <w:b w:val="0"/>
          <w:sz w:val="20"/>
        </w:rPr>
        <w:t>Email Address: _________________________________________________</w:t>
      </w:r>
    </w:p>
    <w:p/>
    <w:p/>
    <w:p>
      <w:r>
        <w:rPr>
          <w:b/>
          <w:sz w:val="20"/>
        </w:rPr>
        <w:t>To:</w:t>
      </w:r>
    </w:p>
    <w:p>
      <w:r>
        <w:rPr>
          <w:b w:val="0"/>
          <w:sz w:val="20"/>
        </w:rPr>
        <w:t>Employee Name: ________________________________________________</w:t>
      </w:r>
    </w:p>
    <w:p>
      <w:r>
        <w:rPr>
          <w:b w:val="0"/>
          <w:sz w:val="20"/>
        </w:rPr>
        <w:t>Employee Address: ______________________________________________</w:t>
      </w:r>
    </w:p>
    <w:p>
      <w:r>
        <w:rPr>
          <w:b w:val="0"/>
          <w:sz w:val="20"/>
        </w:rPr>
        <w:t>City, State, ZIP: ______________________________________________</w:t>
      </w:r>
    </w:p>
    <w:p>
      <w:r>
        <w:rPr>
          <w:b w:val="0"/>
          <w:sz w:val="20"/>
        </w:rPr>
        <w:t>Employee ID/Number: ___________________________________________</w:t>
      </w:r>
    </w:p>
    <w:p/>
    <w:p/>
    <w:p>
      <w:r>
        <w:rPr>
          <w:b w:val="0"/>
          <w:sz w:val="20"/>
        </w:rPr>
        <w:t>Dear ____________________________,</w:t>
      </w:r>
    </w:p>
    <w:p/>
    <w:p>
      <w:r>
        <w:rPr>
          <w:b/>
          <w:sz w:val="20"/>
        </w:rPr>
        <w:t>Subject: Promotion to New Position</w:t>
      </w:r>
    </w:p>
    <w:p/>
    <w:p>
      <w:r>
        <w:rPr>
          <w:b w:val="0"/>
          <w:sz w:val="20"/>
        </w:rPr>
        <w:t>We are pleased to inform you of your promotion within the company, effective immediately upon acceptance of this letter. This promotion reflects your hard work, dedication, and significant contributions to our organization.</w:t>
      </w:r>
    </w:p>
    <w:p/>
    <w:p>
      <w:r>
        <w:rPr>
          <w:b/>
          <w:sz w:val="22"/>
        </w:rPr>
        <w:t>1. New Position and Title</w:t>
      </w:r>
    </w:p>
    <w:p>
      <w:r>
        <w:rPr>
          <w:b w:val="0"/>
          <w:sz w:val="20"/>
        </w:rPr>
        <w:t>You will be promoted to the position of ____________________________________________, reporting directly to ____________________________________________.</w:t>
      </w:r>
    </w:p>
    <w:p/>
    <w:p>
      <w:r>
        <w:rPr>
          <w:b/>
          <w:sz w:val="22"/>
        </w:rPr>
        <w:t>2. Effective Date</w:t>
      </w:r>
    </w:p>
    <w:p>
      <w:r>
        <w:rPr>
          <w:b w:val="0"/>
          <w:sz w:val="20"/>
        </w:rPr>
        <w:t>Your promotion will take effect on the day you acknowledge and accept this letter and all necessary administrative steps have been completed.</w:t>
      </w:r>
    </w:p>
    <w:p/>
    <w:p>
      <w:r>
        <w:rPr>
          <w:b/>
          <w:sz w:val="22"/>
        </w:rPr>
        <w:t>3. Compensation and Benefits</w:t>
      </w:r>
    </w:p>
    <w:p>
      <w:r>
        <w:rPr>
          <w:b w:val="0"/>
          <w:sz w:val="20"/>
        </w:rPr>
        <w:t>Your new salary will be $_____________________ per ______________ (hour, week, month, or year), subject to deductions required by law. Additionally, you will be eligible for the following benefits:</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r>
        <w:rPr>
          <w:b/>
          <w:sz w:val="22"/>
        </w:rPr>
        <w:t>4. Job Duties and Responsibilities</w:t>
      </w:r>
    </w:p>
    <w:p>
      <w:r>
        <w:rPr>
          <w:b w:val="0"/>
          <w:sz w:val="20"/>
        </w:rPr>
        <w:t>You will assume all duties and responsibilities as outlined in the attached job description, and any other tasks reasonably assigned to you by your supervisor or management.</w:t>
      </w:r>
    </w:p>
    <w:p/>
    <w:p>
      <w:r>
        <w:rPr>
          <w:b/>
          <w:sz w:val="22"/>
        </w:rPr>
        <w:t>5. At-Will Employment</w:t>
      </w:r>
    </w:p>
    <w:p>
      <w:r>
        <w:rPr>
          <w:b w:val="0"/>
          <w:sz w:val="20"/>
        </w:rPr>
        <w:t>Please note that your employment with the company remains at-will, which means either party may terminate the employment relationship at any time, with or without cause or notice, subject to applicable law.</w:t>
      </w:r>
    </w:p>
    <w:p/>
    <w:p>
      <w:r>
        <w:rPr>
          <w:b/>
          <w:sz w:val="22"/>
        </w:rPr>
        <w:t>6. Confidentiality and Company Policies</w:t>
      </w:r>
    </w:p>
    <w:p>
      <w:r>
        <w:rPr>
          <w:b w:val="0"/>
          <w:sz w:val="20"/>
        </w:rPr>
        <w:t>You acknowledge your continuing obligation to comply with all company policies, including but not limited to confidentiality agreements, non-disclosure agreements, and codes of conduct.</w:t>
      </w:r>
    </w:p>
    <w:p/>
    <w:p>
      <w:r>
        <w:rPr>
          <w:b/>
          <w:sz w:val="22"/>
        </w:rPr>
        <w:t>7. Acceptance of Promotion</w:t>
      </w:r>
    </w:p>
    <w:p>
      <w:r>
        <w:rPr>
          <w:b w:val="0"/>
          <w:sz w:val="20"/>
        </w:rPr>
        <w:t>Please indicate your acceptance of this promotion by signing and returning a copy of this letter by the date indicated below.</w:t>
      </w:r>
    </w:p>
    <w:p/>
    <w:p>
      <w:r>
        <w:rPr>
          <w:b w:val="0"/>
          <w:sz w:val="20"/>
        </w:rPr>
        <w:t>We congratulate you on this well-deserved promotion and look forward to your continued success and contributions to the company.</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Company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w:t>
              <w:br/>
              <w:t>Date: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https://letterdocs-us.com/promotion-letter/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promo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