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PRESERVATION LETTER</w:t>
      </w:r>
    </w:p>
    <w:p/>
    <w:p>
      <w:r>
        <w:rPr>
          <w:b/>
          <w:sz w:val="20"/>
        </w:rPr>
        <w:t>Sender Information:</w:t>
      </w:r>
    </w:p>
    <w:p>
      <w:r>
        <w:rPr>
          <w:b w:val="0"/>
          <w:sz w:val="20"/>
        </w:rPr>
        <w:t>Full Name / Company Name: 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Recipient Information:</w:t>
      </w:r>
    </w:p>
    <w:p>
      <w:r>
        <w:rPr>
          <w:b w:val="0"/>
          <w:sz w:val="20"/>
        </w:rPr>
        <w:t>Full Name / Company Name: 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Subject: Preservation of Evidence / Property</w:t>
      </w:r>
    </w:p>
    <w:p/>
    <w:p>
      <w:r>
        <w:rPr>
          <w:b w:val="0"/>
          <w:sz w:val="20"/>
        </w:rPr>
        <w:t>Dear Sir/Madam,</w:t>
      </w:r>
    </w:p>
    <w:p/>
    <w:p>
      <w:r>
        <w:rPr>
          <w:b w:val="0"/>
          <w:sz w:val="20"/>
        </w:rPr>
        <w:t>This Preservation Letter is issued to formally request the preservation of all documents, records, tangible items, electronic data, communication records, and any other evidence or property that may be relevant to the matter described below.</w:t>
      </w:r>
    </w:p>
    <w:p/>
    <w:p>
      <w:r>
        <w:rPr>
          <w:b/>
          <w:sz w:val="20"/>
        </w:rPr>
        <w:t>Matter Description:</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Preservation Obligations:</w:t>
      </w:r>
    </w:p>
    <w:p>
      <w:r>
        <w:rPr>
          <w:b w:val="0"/>
          <w:sz w:val="20"/>
        </w:rPr>
        <w:t>You are hereby instructed to preserve, safeguard, and refrain from altering, destroying, disposing of, or erasing any relevant evidence or property related to the above-described matter. This includes, but is not limited to:</w:t>
      </w:r>
    </w:p>
    <w:p>
      <w:r>
        <w:rPr>
          <w:b w:val="0"/>
          <w:sz w:val="20"/>
        </w:rPr>
        <w:t>• All electronic communications such as emails, text messages, instant messages, and social media communications.</w:t>
      </w:r>
    </w:p>
    <w:p>
      <w:r>
        <w:rPr>
          <w:b w:val="0"/>
          <w:sz w:val="20"/>
        </w:rPr>
        <w:t>• All documents and records in physical or electronic format, including drafts, notes, correspondence, reports, contracts, invoices, and memoranda.</w:t>
      </w:r>
    </w:p>
    <w:p>
      <w:r>
        <w:rPr>
          <w:b w:val="0"/>
          <w:sz w:val="20"/>
        </w:rPr>
        <w:t>• Any tangible items, assets, or property that may have evidentiary value.</w:t>
      </w:r>
    </w:p>
    <w:p/>
    <w:p>
      <w:r>
        <w:rPr>
          <w:b w:val="0"/>
          <w:sz w:val="20"/>
        </w:rPr>
        <w:t>The obligation to preserve evidence applies to all employees, agents, contractors, and any third parties acting on behalf of your organization or under your control.</w:t>
      </w:r>
    </w:p>
    <w:p/>
    <w:p>
      <w:r>
        <w:rPr>
          <w:b/>
          <w:sz w:val="20"/>
        </w:rPr>
        <w:t>Legal Basis:</w:t>
      </w:r>
    </w:p>
    <w:p>
      <w:r>
        <w:rPr>
          <w:b w:val="0"/>
          <w:sz w:val="20"/>
        </w:rPr>
        <w:t>This preservation request is made pursuant to applicable United States laws and regulations governing the preservation of evidence in legal and regulatory proceedings. Failure to comply with this request may result in legal sanctions including, but not limited to, adverse inference rulings, monetary penalties, and other remedies available under law.</w:t>
      </w:r>
    </w:p>
    <w:p/>
    <w:p>
      <w:r>
        <w:rPr>
          <w:b/>
          <w:sz w:val="20"/>
        </w:rPr>
        <w:t>Duration and Scope:</w:t>
      </w:r>
    </w:p>
    <w:p>
      <w:r>
        <w:rPr>
          <w:b w:val="0"/>
          <w:sz w:val="20"/>
        </w:rPr>
        <w:t>This preservation obligation shall remain in effect until further written notice is provided by the undersigned or until the conclusion of any related legal, administrative, or regulatory proceeding. If any doubt arises about whether certain materials should be preserved, they should be preserved.</w:t>
      </w:r>
    </w:p>
    <w:p/>
    <w:p>
      <w:r>
        <w:rPr>
          <w:b/>
          <w:sz w:val="20"/>
        </w:rPr>
        <w:t>Cooperation:</w:t>
      </w:r>
    </w:p>
    <w:p>
      <w:r>
        <w:rPr>
          <w:b w:val="0"/>
          <w:sz w:val="20"/>
        </w:rPr>
        <w:t>You are requested to cooperate fully with any investigation or inquiry pertaining to the matter described above, including providing access to preserved materials, documents, and records as reasonably requested.</w:t>
      </w:r>
    </w:p>
    <w:p/>
    <w:p>
      <w:r>
        <w:rPr>
          <w:b/>
          <w:sz w:val="20"/>
        </w:rPr>
        <w:t>Confirmation of Receipt:</w:t>
      </w:r>
    </w:p>
    <w:p>
      <w:r>
        <w:rPr>
          <w:b w:val="0"/>
          <w:sz w:val="20"/>
        </w:rPr>
        <w:t>Please confirm receipt of this Preservation Letter and your understanding of the preservation obligations herein by signing below and returning a copy to the sender.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w:t>
            </w:r>
          </w:p>
        </w:tc>
        <w:tc>
          <w:tcPr>
            <w:tcW w:type="dxa" w:w="4986"/>
            <w:tcBorders>
              <w:top w:val="nil"/>
              <w:left w:val="nil"/>
              <w:bottom w:val="nil"/>
              <w:right w:val="nil"/>
              <w:insideH w:val="nil"/>
              <w:insideV w:val="nil"/>
            </w:tcBorders>
          </w:tcPr>
          <w:p>
            <w:pPr>
              <w:jc w:val="center"/>
            </w:pPr>
            <w:r>
              <w:t>Name and Title: _____________________________</w:t>
            </w:r>
          </w:p>
        </w:tc>
      </w:tr>
    </w:tbl>
    <w:p/>
    <w:p/>
    <w:p>
      <w:r>
        <w:rPr>
          <w:b w:val="0"/>
          <w:sz w:val="20"/>
        </w:rPr>
        <w:t>Sincerely,</w:t>
      </w:r>
    </w:p>
    <w:p/>
    <w:p/>
    <w:p/>
    <w:p>
      <w:r>
        <w:rPr>
          <w:b w:val="0"/>
          <w:sz w:val="20"/>
        </w:rPr>
        <w:t>___________________________________________</w:t>
      </w:r>
    </w:p>
    <w:p>
      <w:r>
        <w:rPr>
          <w:b w:val="0"/>
          <w:sz w:val="20"/>
        </w:rPr>
        <w:t>Name: _____________________________________</w:t>
      </w:r>
    </w:p>
    <w:p>
      <w:r>
        <w:rPr>
          <w:b w:val="0"/>
          <w:sz w:val="20"/>
        </w:rPr>
        <w:t>Title: ______________________________________</w:t>
      </w:r>
    </w:p>
    <w:p>
      <w:r>
        <w:rPr>
          <w:b w:val="0"/>
          <w:sz w:val="20"/>
        </w:rPr>
        <w:t>Company: ___________________________________</w:t>
      </w:r>
    </w:p>
    <w:p>
      <w:r>
        <w:rPr>
          <w:b w:val="0"/>
          <w:sz w:val="20"/>
        </w:rPr>
        <w:t>Phone: _____________________________________</w:t>
      </w:r>
    </w:p>
    <w:p>
      <w:r>
        <w:rPr>
          <w:b w:val="0"/>
          <w:sz w:val="20"/>
        </w:rPr>
        <w:t>Email: 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https://letterdocs-us.com/preservation-letter/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preservation-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