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PERSONAL LETTER</w:t>
      </w:r>
    </w:p>
    <w:p/>
    <w:p/>
    <w:p>
      <w:r>
        <w:rPr>
          <w:b/>
          <w:sz w:val="22"/>
        </w:rPr>
        <w:t>Sender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City, State ZIP: ______________________________________________________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p/>
    <w:p>
      <w:r>
        <w:rPr>
          <w:b/>
          <w:sz w:val="22"/>
        </w:rPr>
        <w:t>Recipient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City, State ZIP: ______________________________________________________</w:t>
      </w:r>
    </w:p>
    <w:p/>
    <w:p/>
    <w:p>
      <w:r>
        <w:rPr>
          <w:b w:val="0"/>
          <w:sz w:val="20"/>
        </w:rPr>
        <w:t>Dear ________________________________________________________________,</w:t>
      </w:r>
    </w:p>
    <w:p/>
    <w:p/>
    <w:p>
      <w:r>
        <w:rPr>
          <w:b w:val="0"/>
          <w:sz w:val="20"/>
        </w:rPr>
        <w:t>I hope this letter finds you in good health and high spirits. I am writing to you with great respect and sincerity to discuss matters of personal importance between us.</w:t>
      </w:r>
    </w:p>
    <w:p/>
    <w:p>
      <w:r>
        <w:rPr>
          <w:b/>
          <w:sz w:val="22"/>
        </w:rPr>
        <w:t>Purpose of the Letter</w:t>
      </w:r>
    </w:p>
    <w:p>
      <w:r>
        <w:rPr>
          <w:b w:val="0"/>
          <w:sz w:val="20"/>
        </w:rPr>
        <w:t>This letter serves as a formal communication to convey my thoughts, feelings, and intentions, and to establish or maintain a meaningful personal connection in a clear and unequivocal manner.</w:t>
      </w:r>
    </w:p>
    <w:p/>
    <w:p>
      <w:r>
        <w:rPr>
          <w:b/>
          <w:sz w:val="22"/>
        </w:rPr>
        <w:t>Details and Explanation</w:t>
      </w:r>
    </w:p>
    <w:p>
      <w:r>
        <w:rPr>
          <w:b w:val="0"/>
          <w:sz w:val="20"/>
        </w:rPr>
        <w:t>I wish to express the following points with clarity and honesty:</w:t>
      </w:r>
    </w:p>
    <w:p>
      <w:r>
        <w:rPr>
          <w:b w:val="0"/>
          <w:sz w:val="20"/>
        </w:rPr>
        <w:t>1. ________________________________________________________________</w:t>
      </w:r>
    </w:p>
    <w:p>
      <w:r>
        <w:rPr>
          <w:b w:val="0"/>
          <w:sz w:val="20"/>
        </w:rPr>
        <w:t>2. ________________________________________________________________</w:t>
      </w:r>
    </w:p>
    <w:p>
      <w:r>
        <w:rPr>
          <w:b w:val="0"/>
          <w:sz w:val="20"/>
        </w:rPr>
        <w:t>3. ________________________________________________________________</w:t>
      </w:r>
    </w:p>
    <w:p>
      <w:r>
        <w:rPr>
          <w:b w:val="0"/>
          <w:sz w:val="20"/>
        </w:rPr>
        <w:t>Please feel free to respond or discuss any of the above at your convenience.</w:t>
      </w:r>
    </w:p>
    <w:p/>
    <w:p>
      <w:r>
        <w:rPr>
          <w:b/>
          <w:sz w:val="22"/>
        </w:rPr>
        <w:t>Requests / Offers</w:t>
      </w:r>
    </w:p>
    <w:p>
      <w:r>
        <w:rPr>
          <w:b w:val="0"/>
          <w:sz w:val="20"/>
        </w:rPr>
        <w:t>In consideration of our personal relationship, I respectfully request or offer the following:</w:t>
      </w:r>
    </w:p>
    <w:p>
      <w:r>
        <w:rPr>
          <w:b w:val="0"/>
          <w:sz w:val="20"/>
        </w:rPr>
        <w:t>- ________________________________________________________________</w:t>
      </w:r>
    </w:p>
    <w:p>
      <w:r>
        <w:rPr>
          <w:b w:val="0"/>
          <w:sz w:val="20"/>
        </w:rPr>
        <w:t>- ________________________________________________________________</w:t>
      </w:r>
    </w:p>
    <w:p>
      <w:r>
        <w:rPr>
          <w:b w:val="0"/>
          <w:sz w:val="20"/>
        </w:rPr>
        <w:t>- ________________________________________________________________</w:t>
      </w:r>
    </w:p>
    <w:p/>
    <w:p>
      <w:r>
        <w:rPr>
          <w:b/>
          <w:sz w:val="22"/>
        </w:rPr>
        <w:t>Legal Compliance and Good Faith</w:t>
      </w:r>
    </w:p>
    <w:p>
      <w:r>
        <w:rPr>
          <w:b w:val="0"/>
          <w:sz w:val="20"/>
        </w:rPr>
        <w:t>This letter is drafted and intended to be legally sound and enforceable under United States law. All statements made herein reflect good faith and honest intentions. No action taken pursuant to this letter shall contravene any applicable laws or regulations.</w:t>
      </w:r>
    </w:p>
    <w:p/>
    <w:p>
      <w:r>
        <w:rPr>
          <w:b w:val="0"/>
          <w:sz w:val="20"/>
        </w:rPr>
        <w:t>Thank you for your attention to this letter. I look forward to your prompt and positive response. Should you require any clarification or wish to discuss further, please do not hesitate to contact me at your earliest convenience.</w:t>
      </w:r>
    </w:p>
    <w:p/>
    <w:p/>
    <w:p>
      <w:r>
        <w:rPr>
          <w:b w:val="0"/>
          <w:sz w:val="20"/>
        </w:rPr>
        <w:t>Sincerely,</w:t>
      </w:r>
    </w:p>
    <w:p/>
    <w:p/>
    <w:p/>
    <w:p/>
    <w:tbl>
      <w:tblPr>
        <w:tblW w:type="auto" w:w="0"/>
        <w:tblLayout w:type="autofit"/>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pPr>
              <w:jc w:val="left"/>
            </w:pPr>
            <w:r>
              <w:t>Signature: ___________________________________________</w:t>
            </w:r>
          </w:p>
        </w:tc>
      </w:tr>
      <w:tr>
        <w:tc>
          <w:tcPr>
            <w:tcW w:type="dxa" w:w="9972"/>
            <w:tcBorders>
              <w:top w:val="nil"/>
              <w:left w:val="nil"/>
              <w:bottom w:val="nil"/>
              <w:right w:val="nil"/>
              <w:insideH w:val="nil"/>
              <w:insideV w:val="nil"/>
            </w:tcBorders>
          </w:tcPr>
          <w:p>
            <w:pPr>
              <w:jc w:val="left"/>
            </w:pPr>
            <w:r>
              <w:t>Printed Name: ________________________________________</w:t>
            </w:r>
          </w:p>
        </w:tc>
      </w:tr>
    </w:tbl>
    <w:p/>
    <w:p/>
    <w:p>
      <w:r>
        <w:rPr>
          <w:b w:val="0"/>
          <w:sz w:val="20"/>
        </w:rPr>
        <w:t>Date: _______________________________________________________________</w:t>
      </w:r>
    </w:p>
    <w:p>
      <w:r>
        <w:br w:type="page"/>
      </w:r>
    </w:p>
    <w:p>
      <w:pPr>
        <w:jc w:val="center"/>
      </w:pPr>
      <w:r>
        <w:rPr>
          <w:color w:val="555555"/>
          <w:sz w:val="24"/>
        </w:rPr>
        <w:t>Original source of this document:</w:t>
      </w:r>
    </w:p>
    <w:p>
      <w:pPr>
        <w:jc w:val="center"/>
      </w:pPr>
      <w:hyperlink r:id="rId9">
        <w:r>
          <w:rPr>
            <w:color w:val="0000FF"/>
            <w:u w:val="single"/>
          </w:rPr>
          <w:t>https://letterdocs-us.com/personal-letter/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personal-lett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