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PAYMENT REMINDER LETTER</w:t>
      </w:r>
    </w:p>
    <w:p/>
    <w:p/>
    <w:p>
      <w:r>
        <w:rPr>
          <w:b/>
          <w:sz w:val="20"/>
        </w:rPr>
        <w:t>Sender Information:</w:t>
      </w:r>
    </w:p>
    <w:p>
      <w:r>
        <w:rPr>
          <w:b w:val="0"/>
          <w:sz w:val="20"/>
        </w:rPr>
        <w:t>Company Name: ________________________________________________________</w:t>
      </w:r>
    </w:p>
    <w:p>
      <w:r>
        <w:rPr>
          <w:b w:val="0"/>
          <w:sz w:val="20"/>
        </w:rPr>
        <w:t>Address: _____________________________________________________________</w:t>
      </w:r>
    </w:p>
    <w:p>
      <w:r>
        <w:rPr>
          <w:b w:val="0"/>
          <w:sz w:val="20"/>
        </w:rPr>
        <w:t>City, State ZIP: 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sz w:val="20"/>
        </w:rPr>
        <w:t>Recipient Information:</w:t>
      </w:r>
    </w:p>
    <w:p>
      <w:r>
        <w:rPr>
          <w:b w:val="0"/>
          <w:sz w:val="20"/>
        </w:rPr>
        <w:t>Full Name / Company: _________________________________________________</w:t>
      </w:r>
    </w:p>
    <w:p>
      <w:r>
        <w:rPr>
          <w:b w:val="0"/>
          <w:sz w:val="20"/>
        </w:rPr>
        <w:t>Address: _____________________________________________________________</w:t>
      </w:r>
    </w:p>
    <w:p>
      <w:r>
        <w:rPr>
          <w:b w:val="0"/>
          <w:sz w:val="20"/>
        </w:rPr>
        <w:t>City, State ZIP: 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val="0"/>
          <w:sz w:val="20"/>
        </w:rPr>
        <w:t>Dear Sir or Madam,</w:t>
      </w:r>
    </w:p>
    <w:p/>
    <w:p>
      <w:r>
        <w:rPr>
          <w:b w:val="0"/>
          <w:sz w:val="20"/>
        </w:rPr>
        <w:t>This letter serves as a formal reminder that your payment for the invoice referenced below remains outstanding. We kindly request that you review your records and arrange for immediate payment to avoid any further actions.</w:t>
      </w:r>
    </w:p>
    <w:p/>
    <w:p/>
    <w:p>
      <w:r>
        <w:rPr>
          <w:b/>
          <w:sz w:val="20"/>
        </w:rPr>
        <w:t>Invoice Details:</w:t>
      </w:r>
    </w:p>
    <w:p>
      <w:r>
        <w:rPr>
          <w:b w:val="0"/>
          <w:sz w:val="20"/>
        </w:rPr>
        <w:t>Invoice Number: ______________________________________________________</w:t>
      </w:r>
    </w:p>
    <w:p>
      <w:r>
        <w:rPr>
          <w:b w:val="0"/>
          <w:sz w:val="20"/>
        </w:rPr>
        <w:t>Invoice Date: ________________________________________________________</w:t>
      </w:r>
    </w:p>
    <w:p>
      <w:r>
        <w:rPr>
          <w:b w:val="0"/>
          <w:sz w:val="20"/>
        </w:rPr>
        <w:t>Original Due Date: ___________________________________________________</w:t>
      </w:r>
    </w:p>
    <w:p>
      <w:r>
        <w:rPr>
          <w:b w:val="0"/>
          <w:sz w:val="20"/>
        </w:rPr>
        <w:t>Outstanding Amount: $____________________ USD</w:t>
      </w:r>
    </w:p>
    <w:p/>
    <w:p/>
    <w:p>
      <w:r>
        <w:rPr>
          <w:b/>
          <w:sz w:val="20"/>
        </w:rPr>
        <w:t>Payment Instructions:</w:t>
      </w:r>
    </w:p>
    <w:p>
      <w:r>
        <w:rPr>
          <w:b w:val="0"/>
          <w:sz w:val="20"/>
        </w:rPr>
        <w:t>Please remit payment using one of the following methods:</w:t>
      </w:r>
    </w:p>
    <w:p>
      <w:r>
        <w:rPr>
          <w:b w:val="0"/>
          <w:sz w:val="20"/>
        </w:rPr>
        <w:t>• Check payable to: _________________________________________________</w:t>
      </w:r>
    </w:p>
    <w:p>
      <w:r>
        <w:rPr>
          <w:b w:val="0"/>
          <w:sz w:val="20"/>
        </w:rPr>
        <w:t>• Bank Transfer to Account Number: ___________________________________</w:t>
      </w:r>
    </w:p>
    <w:p>
      <w:r>
        <w:rPr>
          <w:b w:val="0"/>
          <w:sz w:val="20"/>
        </w:rPr>
        <w:t xml:space="preserve">  Bank Name: ________________________________________________________</w:t>
      </w:r>
    </w:p>
    <w:p>
      <w:r>
        <w:rPr>
          <w:b w:val="0"/>
          <w:sz w:val="20"/>
        </w:rPr>
        <w:t xml:space="preserve">  Routing Number: ___________________________________________________</w:t>
      </w:r>
    </w:p>
    <w:p>
      <w:r>
        <w:rPr>
          <w:b w:val="0"/>
          <w:sz w:val="20"/>
        </w:rPr>
        <w:t>• Online Payment Portal: ______________________________________________</w:t>
      </w:r>
    </w:p>
    <w:p/>
    <w:p/>
    <w:p>
      <w:r>
        <w:rPr>
          <w:b/>
          <w:sz w:val="20"/>
        </w:rPr>
        <w:t>Consequences of Non-Payment:</w:t>
      </w:r>
    </w:p>
    <w:p>
      <w:r>
        <w:rPr>
          <w:b w:val="0"/>
          <w:sz w:val="20"/>
        </w:rPr>
        <w:t>Failure to make payment within 15 days from the receipt of this letter may result in additional late fees, interest charges, and could lead to referral to a collection agency or legal proceedings to recover the debt.</w:t>
      </w:r>
    </w:p>
    <w:p/>
    <w:p/>
    <w:p>
      <w:r>
        <w:rPr>
          <w:b/>
          <w:sz w:val="20"/>
        </w:rPr>
        <w:t>Contact Information:</w:t>
      </w:r>
    </w:p>
    <w:p>
      <w:r>
        <w:rPr>
          <w:b w:val="0"/>
          <w:sz w:val="20"/>
        </w:rPr>
        <w:t>If you have already made payment or believe this reminder has been sent in error, please contact our billing department promptly at the phone number or email address provided above to resolve this matter.</w:t>
      </w:r>
    </w:p>
    <w:p/>
    <w:p/>
    <w:p>
      <w:r>
        <w:rPr>
          <w:b w:val="0"/>
          <w:sz w:val="20"/>
        </w:rPr>
        <w:t>We value your business and hope to resolve this matter amicably and swiftly. Thank you for your immediate attention to this important matter.</w:t>
      </w:r>
    </w:p>
    <w:p/>
    <w:p/>
    <w:p/>
    <w:p>
      <w:r>
        <w:rPr>
          <w:b w:val="0"/>
          <w:sz w:val="20"/>
        </w:rPr>
        <w:t>Sincerely,</w:t>
      </w:r>
    </w:p>
    <w:p/>
    <w:p/>
    <w:p/>
    <w:p/>
    <w:p>
      <w:r>
        <w:rPr>
          <w:b w:val="0"/>
          <w:sz w:val="20"/>
        </w:rPr>
        <w:t>Authorized Representative Signature: _________________________________</w:t>
      </w:r>
    </w:p>
    <w:p>
      <w:r>
        <w:rPr>
          <w:b w:val="0"/>
          <w:sz w:val="20"/>
        </w:rPr>
        <w:t>Name: _______________________________________________________________</w:t>
      </w:r>
    </w:p>
    <w:p>
      <w:r>
        <w:rPr>
          <w:b w:val="0"/>
          <w:sz w:val="20"/>
        </w:rPr>
        <w:t>Title: ______________________________________________________________</w:t>
      </w:r>
    </w:p>
    <w:p/>
    <w:p/>
    <w:p>
      <w:r>
        <w:rPr>
          <w:b w:val="0"/>
          <w:sz w:val="20"/>
        </w:rPr>
        <w:t>Date: _______________________________________________________________</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rPr>
                <w:b/>
                <w:sz w:val="20"/>
              </w:rPr>
              <w:t>Additional Notes or Instructions:</w:t>
            </w:r>
          </w:p>
        </w:tc>
      </w:tr>
      <w:tr>
        <w:tc>
          <w:tcPr>
            <w:tcW w:type="dxa" w:w="9972"/>
            <w:tcBorders>
              <w:top w:val="nil"/>
              <w:left w:val="nil"/>
              <w:bottom w:val="nil"/>
              <w:right w:val="nil"/>
              <w:insideH w:val="nil"/>
              <w:insideV w:val="nil"/>
            </w:tcBorders>
          </w:tcPr>
          <w:p>
            <w:r>
              <w:br/>
              <w:br/>
              <w:br/>
              <w:br/>
              <w:br/>
              <w:br/>
            </w:r>
          </w:p>
        </w:tc>
      </w:tr>
    </w:tbl>
    <w:p>
      <w:r>
        <w:br w:type="page"/>
      </w:r>
    </w:p>
    <w:p>
      <w:pPr>
        <w:jc w:val="center"/>
      </w:pPr>
      <w:r>
        <w:rPr>
          <w:color w:val="555555"/>
          <w:sz w:val="24"/>
        </w:rPr>
        <w:t>Original source of this document:</w:t>
      </w:r>
    </w:p>
    <w:p>
      <w:pPr>
        <w:jc w:val="center"/>
      </w:pPr>
      <w:hyperlink r:id="rId9">
        <w:r>
          <w:rPr>
            <w:color w:val="0000FF"/>
            <w:u w:val="single"/>
          </w:rPr>
          <w:t>https://letterdocs-us.com/payment-reminder-letter/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payment-reminder-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