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 INCREASE LETTER</w:t>
      </w:r>
    </w:p>
    <w:p/>
    <w:p/>
    <w:p>
      <w:r>
        <w:rPr>
          <w:b/>
          <w:sz w:val="20"/>
        </w:rPr>
        <w:t>From:</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To:</w:t>
      </w:r>
    </w:p>
    <w:p>
      <w:r>
        <w:rPr>
          <w:b w:val="0"/>
          <w:sz w:val="20"/>
        </w:rPr>
        <w:t>Employee Name: __________________________________________________________</w:t>
      </w:r>
    </w:p>
    <w:p>
      <w:r>
        <w:rPr>
          <w:b w:val="0"/>
          <w:sz w:val="20"/>
        </w:rPr>
        <w:t>Position: _________________________________________________________________</w:t>
      </w:r>
    </w:p>
    <w:p>
      <w:r>
        <w:rPr>
          <w:b w:val="0"/>
          <w:sz w:val="20"/>
        </w:rPr>
        <w:t>Department: _______________________________________________________________</w:t>
      </w:r>
    </w:p>
    <w:p>
      <w:r>
        <w:rPr>
          <w:b w:val="0"/>
          <w:sz w:val="20"/>
        </w:rPr>
        <w:t>Employee ID (if applicable): _______________________________________________</w:t>
      </w:r>
    </w:p>
    <w:p/>
    <w:p/>
    <w:p>
      <w:r>
        <w:rPr>
          <w:b w:val="0"/>
          <w:sz w:val="20"/>
        </w:rPr>
        <w:t>Dear ________________________________________________________________,</w:t>
      </w:r>
    </w:p>
    <w:p/>
    <w:p>
      <w:r>
        <w:rPr>
          <w:b/>
          <w:sz w:val="20"/>
        </w:rPr>
        <w:t>Subject: Notification of Pay Increase</w:t>
      </w:r>
    </w:p>
    <w:p/>
    <w:p>
      <w:r>
        <w:rPr>
          <w:b w:val="0"/>
          <w:sz w:val="20"/>
        </w:rPr>
        <w:t>We are pleased to inform you of an adjustment to your compensation in recognition of your valuable contributions to the company. This letter serves as formal notification of your pay increase under the terms outlined below.</w:t>
      </w:r>
    </w:p>
    <w:p/>
    <w:p/>
    <w:p>
      <w:r>
        <w:rPr>
          <w:b/>
          <w:sz w:val="20"/>
        </w:rPr>
        <w:t>1. Effective Date</w:t>
      </w:r>
    </w:p>
    <w:p>
      <w:r>
        <w:rPr>
          <w:b w:val="0"/>
          <w:sz w:val="20"/>
        </w:rPr>
        <w:t>Your new salary will become effective on: ________________________________.</w:t>
      </w:r>
    </w:p>
    <w:p/>
    <w:p>
      <w:r>
        <w:rPr>
          <w:b/>
          <w:sz w:val="20"/>
        </w:rPr>
        <w:t>2. Previous Compensation</w:t>
      </w:r>
    </w:p>
    <w:p>
      <w:r>
        <w:rPr>
          <w:b w:val="0"/>
          <w:sz w:val="20"/>
        </w:rPr>
        <w:t>Your current salary before this increase is: _____________________________.</w:t>
      </w:r>
    </w:p>
    <w:p/>
    <w:p>
      <w:r>
        <w:rPr>
          <w:b/>
          <w:sz w:val="20"/>
        </w:rPr>
        <w:t>3. New Compensation</w:t>
      </w:r>
    </w:p>
    <w:p>
      <w:r>
        <w:rPr>
          <w:b w:val="0"/>
          <w:sz w:val="20"/>
        </w:rPr>
        <w:t>Your new salary after this increase will be: _____________________________.</w:t>
      </w:r>
    </w:p>
    <w:p/>
    <w:p>
      <w:r>
        <w:rPr>
          <w:b/>
          <w:sz w:val="20"/>
        </w:rPr>
        <w:t>4. Pay Frequency</w:t>
      </w:r>
    </w:p>
    <w:p>
      <w:r>
        <w:rPr>
          <w:b w:val="0"/>
          <w:sz w:val="20"/>
        </w:rPr>
        <w:t>Your pay will continue to be distributed on the following schedule: __________________ (e.g., weekly, bi-weekly, monthly).</w:t>
      </w:r>
    </w:p>
    <w:p/>
    <w:p/>
    <w:p>
      <w:r>
        <w:rPr>
          <w:b/>
          <w:sz w:val="20"/>
        </w:rPr>
        <w:t>5. Reason for Pay Increase</w:t>
      </w:r>
    </w:p>
    <w:p>
      <w:r>
        <w:rPr>
          <w:b w:val="0"/>
          <w:sz w:val="20"/>
        </w:rPr>
        <w:t>This pay increase is granted due to one or more of the following reasons (check all that apply):</w:t>
      </w:r>
    </w:p>
    <w:p>
      <w:r>
        <w:rPr>
          <w:b w:val="0"/>
          <w:sz w:val="20"/>
        </w:rPr>
        <w:t xml:space="preserve">   • Exceptional job performance</w:t>
      </w:r>
    </w:p>
    <w:p>
      <w:r>
        <w:rPr>
          <w:b w:val="0"/>
          <w:sz w:val="20"/>
        </w:rPr>
        <w:t xml:space="preserve">   • Increased responsibilities</w:t>
      </w:r>
    </w:p>
    <w:p>
      <w:r>
        <w:rPr>
          <w:b w:val="0"/>
          <w:sz w:val="20"/>
        </w:rPr>
        <w:t xml:space="preserve">   • Cost of living adjustment</w:t>
      </w:r>
    </w:p>
    <w:p>
      <w:r>
        <w:rPr>
          <w:b w:val="0"/>
          <w:sz w:val="20"/>
        </w:rPr>
        <w:t xml:space="preserve">   • Market adjustment</w:t>
      </w:r>
    </w:p>
    <w:p>
      <w:r>
        <w:rPr>
          <w:b w:val="0"/>
          <w:sz w:val="20"/>
        </w:rPr>
        <w:t xml:space="preserve">   • Other: ________________________________________________________________</w:t>
      </w:r>
    </w:p>
    <w:p/>
    <w:p/>
    <w:p>
      <w:r>
        <w:rPr>
          <w:b/>
          <w:sz w:val="20"/>
        </w:rPr>
        <w:t>6. Terms and Conditions</w:t>
      </w:r>
    </w:p>
    <w:p>
      <w:r>
        <w:rPr>
          <w:b w:val="0"/>
          <w:sz w:val="20"/>
        </w:rPr>
        <w:t>a) This pay increase shall be effective as of the date stated above and shall be reflected in your paycheck accordingly.</w:t>
      </w:r>
    </w:p>
    <w:p>
      <w:r>
        <w:rPr>
          <w:b w:val="0"/>
          <w:sz w:val="20"/>
        </w:rPr>
        <w:t>b) All other terms and conditions of your employment, including but not limited to your duties, responsibilities, and benefits, remain unchanged unless otherwise communicated in writing by the Company.</w:t>
      </w:r>
    </w:p>
    <w:p>
      <w:r>
        <w:rPr>
          <w:b w:val="0"/>
          <w:sz w:val="20"/>
        </w:rPr>
        <w:t>c) This letter does not constitute a contract of employment for any fixed term and does not alter the at-will employment relationship unless otherwise agreed in writing.</w:t>
      </w:r>
    </w:p>
    <w:p>
      <w:r>
        <w:rPr>
          <w:b w:val="0"/>
          <w:sz w:val="20"/>
        </w:rPr>
        <w:t>d) The Company reserves the right to modify compensation and benefits in accordance with applicable laws and business needs.</w:t>
      </w:r>
    </w:p>
    <w:p/>
    <w:p/>
    <w:p>
      <w:r>
        <w:rPr>
          <w:b/>
          <w:sz w:val="20"/>
        </w:rPr>
        <w:t>7. Confidentiality</w:t>
      </w:r>
    </w:p>
    <w:p>
      <w:r>
        <w:rPr>
          <w:b w:val="0"/>
          <w:sz w:val="20"/>
        </w:rPr>
        <w:t>You agree to keep the terms of this pay increase confidential and not to disclose the details of your compensation to other employees or third parties, except as required by law or authorized by the Company.</w:t>
      </w:r>
    </w:p>
    <w:p/>
    <w:p/>
    <w:p>
      <w:r>
        <w:rPr>
          <w:b/>
          <w:sz w:val="20"/>
        </w:rPr>
        <w:t>8. Acknowledgement and Acceptance</w:t>
      </w:r>
    </w:p>
    <w:p>
      <w:r>
        <w:rPr>
          <w:b w:val="0"/>
          <w:sz w:val="20"/>
        </w:rPr>
        <w:t>Please sign below to acknowledge your receipt and acceptance of this pay increase letter and the terms contained herein.</w:t>
      </w:r>
    </w:p>
    <w:p/>
    <w:p/>
    <w:p>
      <w:r>
        <w:rPr>
          <w:b w:val="0"/>
          <w:sz w:val="20"/>
        </w:rPr>
        <w:t>Place: _________________________________________________________________</w:t>
      </w:r>
    </w:p>
    <w:p>
      <w:r>
        <w:rPr>
          <w:b w:val="0"/>
          <w:sz w:val="20"/>
        </w:rPr>
        <w:t>Date: 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p/>
    <w:p>
      <w:r>
        <w:rPr>
          <w:b w:val="0"/>
          <w:sz w:val="20"/>
        </w:rPr>
        <w:t>If you have any questions regarding this pay increase or its terms, please contact Human Resources promptly.</w:t>
      </w:r>
    </w:p>
    <w:p>
      <w:r>
        <w:br w:type="page"/>
      </w:r>
    </w:p>
    <w:p>
      <w:pPr>
        <w:jc w:val="center"/>
      </w:pPr>
      <w:r>
        <w:rPr>
          <w:color w:val="555555"/>
          <w:sz w:val="24"/>
        </w:rPr>
        <w:t>Original source of this document:</w:t>
      </w:r>
    </w:p>
    <w:p>
      <w:pPr>
        <w:jc w:val="center"/>
      </w:pPr>
      <w:hyperlink r:id="rId9">
        <w:r>
          <w:rPr>
            <w:color w:val="0000FF"/>
            <w:u w:val="single"/>
          </w:rPr>
          <w:t>https://letterdocs-us.com/pay-increase-letter/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ay-increas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