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PAST DUE NOTICE</w:t>
      </w:r>
    </w:p>
    <w:p/>
    <w:p>
      <w:r>
        <w:rPr>
          <w:b/>
          <w:sz w:val="20"/>
        </w:rPr>
        <w:t>To:</w:t>
      </w:r>
    </w:p>
    <w:p>
      <w:r>
        <w:rPr>
          <w:b w:val="0"/>
          <w:sz w:val="20"/>
        </w:rPr>
        <w:t>Name: ____________________________________________________________</w:t>
      </w:r>
    </w:p>
    <w:p>
      <w:r>
        <w:rPr>
          <w:b w:val="0"/>
          <w:sz w:val="20"/>
        </w:rPr>
        <w:t>Address: __________________________________________________________</w:t>
      </w:r>
    </w:p>
    <w:p>
      <w:r>
        <w:rPr>
          <w:b w:val="0"/>
          <w:sz w:val="20"/>
        </w:rPr>
        <w:t>City, State ZIP Code: _____________________________________________</w:t>
      </w:r>
    </w:p>
    <w:p/>
    <w:p>
      <w:r>
        <w:rPr>
          <w:b/>
          <w:sz w:val="20"/>
        </w:rPr>
        <w:t>From:</w:t>
      </w:r>
    </w:p>
    <w:p>
      <w:r>
        <w:rPr>
          <w:b w:val="0"/>
          <w:sz w:val="20"/>
        </w:rPr>
        <w:t>Company Name: ____________________________________________________</w:t>
      </w:r>
    </w:p>
    <w:p>
      <w:r>
        <w:rPr>
          <w:b w:val="0"/>
          <w:sz w:val="20"/>
        </w:rPr>
        <w:t>Address: __________________________________________________________</w:t>
      </w:r>
    </w:p>
    <w:p>
      <w:r>
        <w:rPr>
          <w:b w:val="0"/>
          <w:sz w:val="20"/>
        </w:rPr>
        <w:t>City, State ZIP Code: 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p>
      <w:r>
        <w:rPr>
          <w:b/>
          <w:sz w:val="20"/>
        </w:rPr>
        <w:t>Subject: Past Due Payment Notice</w:t>
      </w:r>
    </w:p>
    <w:p/>
    <w:p>
      <w:r>
        <w:rPr>
          <w:b w:val="0"/>
          <w:sz w:val="20"/>
        </w:rPr>
        <w:t>Dear Sir or Madam,</w:t>
      </w:r>
    </w:p>
    <w:p/>
    <w:p>
      <w:r>
        <w:rPr>
          <w:b w:val="0"/>
          <w:sz w:val="20"/>
        </w:rPr>
        <w:t>This letter serves as a formal notice regarding your overdue account with our company. According to our records, the payment for the invoice(s) listed below has not been received within the agreed payment terms.</w:t>
      </w:r>
    </w:p>
    <w:p/>
    <w:p>
      <w:r>
        <w:rPr>
          <w:b/>
          <w:sz w:val="20"/>
        </w:rPr>
        <w:t>Invoice Details:</w:t>
      </w:r>
    </w:p>
    <w:tbl>
      <w:tblPr>
        <w:tblW w:type="auto" w:w="0"/>
        <w:tblLook w:firstColumn="1" w:firstRow="1" w:lastColumn="0" w:lastRow="0" w:noHBand="0" w:noVBand="1" w:val="04A0"/>
      </w:tblPr>
      <w:tblGrid>
        <w:gridCol w:w="2493"/>
        <w:gridCol w:w="2493"/>
        <w:gridCol w:w="2493"/>
        <w:gridCol w:w="2493"/>
      </w:tblGrid>
      <w:tr>
        <w:tc>
          <w:tcPr>
            <w:tcW w:type="dxa" w:w="2493"/>
          </w:tcPr>
          <w:p>
            <w:pPr>
              <w:jc w:val="center"/>
            </w:pPr>
            <w:r>
              <w:t>Invoice Number</w:t>
            </w:r>
          </w:p>
        </w:tc>
        <w:tc>
          <w:tcPr>
            <w:tcW w:type="dxa" w:w="2493"/>
          </w:tcPr>
          <w:p>
            <w:pPr>
              <w:jc w:val="center"/>
            </w:pPr>
            <w:r>
              <w:t>Invoice Date</w:t>
            </w:r>
          </w:p>
        </w:tc>
        <w:tc>
          <w:tcPr>
            <w:tcW w:type="dxa" w:w="2493"/>
          </w:tcPr>
          <w:p>
            <w:pPr>
              <w:jc w:val="center"/>
            </w:pPr>
            <w:r>
              <w:t>Due Date</w:t>
            </w:r>
          </w:p>
        </w:tc>
        <w:tc>
          <w:tcPr>
            <w:tcW w:type="dxa" w:w="2493"/>
          </w:tcPr>
          <w:p>
            <w:pPr>
              <w:jc w:val="center"/>
            </w:pPr>
            <w:r>
              <w:t>Amount Due (USD)</w:t>
            </w:r>
          </w:p>
        </w:tc>
      </w:tr>
      <w:tr>
        <w:tc>
          <w:tcPr>
            <w:tcW w:type="dxa" w:w="2493"/>
          </w:tcPr>
          <w:p>
            <w:pPr>
              <w:jc w:val="center"/>
            </w:pPr>
            <w:r>
              <w:t>_________________</w:t>
            </w:r>
          </w:p>
        </w:tc>
        <w:tc>
          <w:tcPr>
            <w:tcW w:type="dxa" w:w="2493"/>
          </w:tcPr>
          <w:p>
            <w:pPr>
              <w:jc w:val="center"/>
            </w:pPr>
            <w:r>
              <w:t>_________________</w:t>
            </w:r>
          </w:p>
        </w:tc>
        <w:tc>
          <w:tcPr>
            <w:tcW w:type="dxa" w:w="2493"/>
          </w:tcPr>
          <w:p>
            <w:pPr>
              <w:jc w:val="center"/>
            </w:pPr>
            <w:r>
              <w:t>_________________</w:t>
            </w:r>
          </w:p>
        </w:tc>
        <w:tc>
          <w:tcPr>
            <w:tcW w:type="dxa" w:w="2493"/>
          </w:tcPr>
          <w:p>
            <w:pPr>
              <w:jc w:val="center"/>
            </w:pPr>
            <w:r>
              <w:t>_________________</w:t>
            </w:r>
          </w:p>
        </w:tc>
      </w:tr>
    </w:tbl>
    <w:p/>
    <w:p/>
    <w:p>
      <w:r>
        <w:rPr>
          <w:b w:val="0"/>
          <w:sz w:val="20"/>
        </w:rPr>
        <w:t>Please be advised that payment was originally due and remains unpaid. We kindly request that you remit payment immediately to avoid further action. Failure to pay may result in additional charges including late fees, interest, and possible referral to a collection agency, as permitted under applicable law.</w:t>
      </w:r>
    </w:p>
    <w:p/>
    <w:p>
      <w:r>
        <w:rPr>
          <w:b w:val="0"/>
          <w:sz w:val="20"/>
        </w:rPr>
        <w:t>This notice is sent in accordance with the Fair Debt Collection Practices Act and other relevant United States federal and state laws. We encourage you to contact us promptly if you believe there has been an error or if you wish to discuss payment arrangements.</w:t>
      </w:r>
    </w:p>
    <w:p/>
    <w:p>
      <w:r>
        <w:rPr>
          <w:b/>
          <w:sz w:val="20"/>
        </w:rPr>
        <w:t>Payment Instructions:</w:t>
      </w:r>
    </w:p>
    <w:p>
      <w:r>
        <w:rPr>
          <w:b w:val="0"/>
          <w:sz w:val="20"/>
        </w:rPr>
        <w:t>Please make payment to the following address or account:</w:t>
      </w:r>
    </w:p>
    <w:p>
      <w:r>
        <w:rPr>
          <w:b w:val="0"/>
          <w:sz w:val="20"/>
        </w:rPr>
        <w:t>Payable to: _______________________________________________________</w:t>
      </w:r>
    </w:p>
    <w:p>
      <w:r>
        <w:rPr>
          <w:b w:val="0"/>
          <w:sz w:val="20"/>
        </w:rPr>
        <w:t>Mailing Address: __________________________________________________</w:t>
      </w:r>
    </w:p>
    <w:p>
      <w:r>
        <w:rPr>
          <w:b w:val="0"/>
          <w:sz w:val="20"/>
        </w:rPr>
        <w:t>Bank Name: _______________________________________________________</w:t>
      </w:r>
    </w:p>
    <w:p>
      <w:r>
        <w:rPr>
          <w:b w:val="0"/>
          <w:sz w:val="20"/>
        </w:rPr>
        <w:t>Account Number: ___________________________________________________</w:t>
      </w:r>
    </w:p>
    <w:p>
      <w:r>
        <w:rPr>
          <w:b w:val="0"/>
          <w:sz w:val="20"/>
        </w:rPr>
        <w:t>Routing Number: ___________________________________________________</w:t>
      </w:r>
    </w:p>
    <w:p>
      <w:r>
        <w:rPr>
          <w:b w:val="0"/>
          <w:sz w:val="20"/>
        </w:rPr>
        <w:t>Other Payment Details: ____________________________________________</w:t>
      </w:r>
    </w:p>
    <w:p/>
    <w:p/>
    <w:p>
      <w:r>
        <w:rPr>
          <w:b w:val="0"/>
          <w:sz w:val="20"/>
        </w:rPr>
        <w:t>If you have already sent payment, please disregard this notice. For any questions or to discuss your account, please contact us immediately at:</w:t>
      </w:r>
    </w:p>
    <w:p>
      <w:r>
        <w:rPr>
          <w:b w:val="0"/>
          <w:sz w:val="20"/>
        </w:rPr>
        <w:t>Phone: ____________________________________________________________</w:t>
      </w:r>
    </w:p>
    <w:p>
      <w:r>
        <w:rPr>
          <w:b w:val="0"/>
          <w:sz w:val="20"/>
        </w:rPr>
        <w:t>Email: ____________________________________________________________</w:t>
      </w:r>
    </w:p>
    <w:p/>
    <w:p/>
    <w:p>
      <w:r>
        <w:rPr>
          <w:b w:val="0"/>
          <w:sz w:val="20"/>
        </w:rPr>
        <w:t>We appreciate your prompt attention to this matter and look forward to resolving this promptly.</w:t>
      </w:r>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t>Signature: _____________________________</w:t>
            </w:r>
          </w:p>
        </w:tc>
        <w:tc>
          <w:tcPr>
            <w:tcW w:type="dxa" w:w="4986"/>
            <w:tcBorders>
              <w:top w:val="nil"/>
              <w:left w:val="nil"/>
              <w:bottom w:val="nil"/>
              <w:right w:val="nil"/>
              <w:insideH w:val="nil"/>
              <w:insideV w:val="nil"/>
            </w:tcBorders>
          </w:tcPr>
          <w:p>
            <w:pPr>
              <w:jc w:val="center"/>
            </w:pPr>
            <w:r>
              <w:t>_____________________________</w:t>
            </w:r>
          </w:p>
        </w:tc>
      </w:tr>
    </w:tbl>
    <w:p/>
    <w:p/>
    <w:p>
      <w:r>
        <w:rPr>
          <w:b w:val="0"/>
          <w:sz w:val="16"/>
        </w:rPr>
        <w:t>This past due notice is intended to be a respectful reminder of your obligations under the contract and is compliant with all applicable laws governing debt collection and notification in the United States. Please address this matter without delay to avoid escalation.</w:t>
      </w:r>
    </w:p>
    <w:p>
      <w:r>
        <w:br w:type="page"/>
      </w:r>
    </w:p>
    <w:p>
      <w:pPr>
        <w:jc w:val="center"/>
      </w:pPr>
      <w:r>
        <w:rPr>
          <w:color w:val="555555"/>
          <w:sz w:val="24"/>
        </w:rPr>
        <w:t>Original source of this document:</w:t>
      </w:r>
    </w:p>
    <w:p>
      <w:pPr>
        <w:jc w:val="center"/>
      </w:pPr>
      <w:hyperlink r:id="rId9">
        <w:r>
          <w:rPr>
            <w:color w:val="0000FF"/>
            <w:u w:val="single"/>
          </w:rPr>
          <w:t>https://letterdocs-us.com/past-due-letter/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past-du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