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0"/>
        </w:rPr>
        <w:t>PAROLE BOARD LETTER</w:t>
      </w:r>
    </w:p>
    <w:p/>
    <w:p/>
    <w:p>
      <w:r>
        <w:rPr>
          <w:b/>
          <w:sz w:val="20"/>
        </w:rPr>
        <w:t>To:</w:t>
      </w:r>
    </w:p>
    <w:p>
      <w:r>
        <w:rPr>
          <w:b w:val="0"/>
          <w:sz w:val="20"/>
        </w:rPr>
        <w:t>Parole Board</w:t>
      </w:r>
    </w:p>
    <w:p>
      <w:r>
        <w:rPr>
          <w:b w:val="0"/>
          <w:sz w:val="20"/>
        </w:rPr>
        <w:t>State Department of Corrections</w:t>
      </w:r>
    </w:p>
    <w:p>
      <w:r>
        <w:rPr>
          <w:b w:val="0"/>
          <w:sz w:val="20"/>
        </w:rPr>
        <w:t>Address Line 1</w:t>
      </w:r>
    </w:p>
    <w:p>
      <w:r>
        <w:rPr>
          <w:b w:val="0"/>
          <w:sz w:val="20"/>
        </w:rPr>
        <w:t>Address Line 2</w:t>
      </w:r>
    </w:p>
    <w:p>
      <w:r>
        <w:rPr>
          <w:b w:val="0"/>
          <w:sz w:val="20"/>
        </w:rPr>
        <w:t>City, State ZIP</w:t>
      </w:r>
    </w:p>
    <w:p/>
    <w:p/>
    <w:p>
      <w:r>
        <w:rPr>
          <w:b/>
          <w:sz w:val="20"/>
        </w:rPr>
        <w:t>Subject: Request for Parole Consideration</w:t>
      </w:r>
    </w:p>
    <w:p/>
    <w:p/>
    <w:p>
      <w:r>
        <w:rPr>
          <w:b w:val="0"/>
          <w:sz w:val="20"/>
        </w:rPr>
        <w:t>Dear Members of the Parole Board,</w:t>
      </w:r>
    </w:p>
    <w:p/>
    <w:p>
      <w:r>
        <w:rPr>
          <w:b w:val="0"/>
          <w:sz w:val="20"/>
        </w:rPr>
        <w:t>I am writing to respectfully request your consideration for parole. I acknowledge responsibility for my actions that led to my incarceration, and I have since committed myself to rehabilitation and positive change.</w:t>
      </w:r>
    </w:p>
    <w:p/>
    <w:p>
      <w:r>
        <w:rPr>
          <w:b/>
          <w:sz w:val="20"/>
        </w:rPr>
        <w:t>Inmate Information:</w:t>
      </w:r>
    </w:p>
    <w:p>
      <w:r>
        <w:rPr>
          <w:b w:val="0"/>
          <w:sz w:val="20"/>
        </w:rPr>
        <w:t>Full Name: ____________________________________________________________</w:t>
      </w:r>
    </w:p>
    <w:p>
      <w:r>
        <w:rPr>
          <w:b w:val="0"/>
          <w:sz w:val="20"/>
        </w:rPr>
        <w:t>Inmate ID Number: _____________________________________________________</w:t>
      </w:r>
    </w:p>
    <w:p>
      <w:r>
        <w:rPr>
          <w:b w:val="0"/>
          <w:sz w:val="20"/>
        </w:rPr>
        <w:t>Facility Name: _________________________________________________________</w:t>
      </w:r>
    </w:p>
    <w:p>
      <w:r>
        <w:rPr>
          <w:b w:val="0"/>
          <w:sz w:val="20"/>
        </w:rPr>
        <w:t>Date of Admission: _____________________________________________________</w:t>
      </w:r>
    </w:p>
    <w:p>
      <w:r>
        <w:rPr>
          <w:b w:val="0"/>
          <w:sz w:val="20"/>
        </w:rPr>
        <w:t>Projected Release Date: _________________________________________________</w:t>
      </w:r>
    </w:p>
    <w:p/>
    <w:p>
      <w:r>
        <w:rPr>
          <w:b/>
          <w:sz w:val="20"/>
        </w:rPr>
        <w:t>Rehabilitation and Conduct:</w:t>
      </w:r>
    </w:p>
    <w:p>
      <w:r>
        <w:rPr>
          <w:b w:val="0"/>
          <w:sz w:val="20"/>
        </w:rPr>
        <w:t>Since my incarceration, I have actively participated in various rehabilitation programs, including but not limited to educational courses, vocational training, substance abuse treatment, and counseling. I have maintained a clean disciplinary record, demonstrating respect for staff, fellow inmates, and institutional rules.</w:t>
      </w:r>
    </w:p>
    <w:p/>
    <w:p>
      <w:r>
        <w:rPr>
          <w:b w:val="0"/>
          <w:sz w:val="20"/>
        </w:rPr>
        <w:t>I have also engaged in community service projects and taken leadership roles within the facility to contribute positively and foster personal growth.</w:t>
      </w:r>
    </w:p>
    <w:p/>
    <w:p>
      <w:r>
        <w:rPr>
          <w:b/>
          <w:sz w:val="20"/>
        </w:rPr>
        <w:t>Support System and Reentry Plan:</w:t>
      </w:r>
    </w:p>
    <w:p>
      <w:r>
        <w:rPr>
          <w:b w:val="0"/>
          <w:sz w:val="20"/>
        </w:rPr>
        <w:t>Upon parole, I have a comprehensive plan to reintegrate into society successfully. This includes secured housing at: _________________________________________________.</w:t>
      </w:r>
    </w:p>
    <w:p>
      <w:r>
        <w:rPr>
          <w:b w:val="0"/>
          <w:sz w:val="20"/>
        </w:rPr>
        <w:t>I have the support of my family, community organizations, and a parole officer assigned to assist with my transition. Employment opportunities have been identified at: ____________________.</w:t>
      </w:r>
    </w:p>
    <w:p/>
    <w:p>
      <w:r>
        <w:rPr>
          <w:b/>
          <w:sz w:val="20"/>
        </w:rPr>
        <w:t>Commitment to Lawful and Productive Life:</w:t>
      </w:r>
    </w:p>
    <w:p>
      <w:r>
        <w:rPr>
          <w:b w:val="0"/>
          <w:sz w:val="20"/>
        </w:rPr>
        <w:t>I am fully committed to leading a law-abiding and productive life upon release. I understand the conditions of parole and the responsibilities they entail. I pledge to comply with all parole requirements and to contribute positively to my community.</w:t>
      </w:r>
    </w:p>
    <w:p/>
    <w:p>
      <w:r>
        <w:rPr>
          <w:b/>
          <w:sz w:val="20"/>
        </w:rPr>
        <w:t>Request:</w:t>
      </w:r>
    </w:p>
    <w:p>
      <w:r>
        <w:rPr>
          <w:b w:val="0"/>
          <w:sz w:val="20"/>
        </w:rPr>
        <w:t>In light of my sincere efforts toward rehabilitation and my readiness to reintegrate into society, I respectfully request the Parole Board to grant me parole at the earliest opportunity.</w:t>
      </w:r>
    </w:p>
    <w:p/>
    <w:p/>
    <w:p>
      <w:r>
        <w:rPr>
          <w:b w:val="0"/>
          <w:sz w:val="20"/>
        </w:rPr>
        <w:t>Thank you for your time and consideration.</w:t>
      </w:r>
    </w:p>
    <w:p/>
    <w:p/>
    <w:p>
      <w:r>
        <w:rPr>
          <w:b w:val="0"/>
          <w:sz w:val="20"/>
        </w:rPr>
        <w:t>Sincerely,</w:t>
      </w:r>
    </w:p>
    <w:p/>
    <w:p/>
    <w:p/>
    <w:p>
      <w:r>
        <w:rPr>
          <w:b w:val="0"/>
          <w:sz w:val="20"/>
        </w:rPr>
        <w:t>____________________________________________________</w:t>
      </w:r>
    </w:p>
    <w:p>
      <w:r>
        <w:rPr>
          <w:b w:val="0"/>
          <w:sz w:val="20"/>
        </w:rPr>
        <w:t>Signature</w:t>
      </w:r>
    </w:p>
    <w:p>
      <w:r>
        <w:rPr>
          <w:b w:val="0"/>
          <w:sz w:val="20"/>
        </w:rPr>
        <w:t>Full Name: ____________________________________________________________</w:t>
      </w:r>
    </w:p>
    <w:p>
      <w:r>
        <w:rPr>
          <w:b w:val="0"/>
          <w:sz w:val="20"/>
        </w:rPr>
        <w:t>Date: _________________________________________________________________</w:t>
      </w:r>
    </w:p>
    <w:p/>
    <w:p/>
    <w:p/>
    <w:p>
      <w:r>
        <w:rPr>
          <w:b/>
          <w:sz w:val="20"/>
        </w:rPr>
        <w:t>Witness/Legal Counsel:</w:t>
      </w:r>
    </w:p>
    <w:p>
      <w:r>
        <w:rPr>
          <w:b w:val="0"/>
          <w:sz w:val="20"/>
        </w:rPr>
        <w:t>Name: _________________________________________________________________</w:t>
      </w:r>
    </w:p>
    <w:p>
      <w:r>
        <w:rPr>
          <w:b w:val="0"/>
          <w:sz w:val="20"/>
        </w:rPr>
        <w:t>Signature: ______________________________________________________________</w:t>
      </w:r>
    </w:p>
    <w:p>
      <w:r>
        <w:rPr>
          <w:b w:val="0"/>
          <w:sz w:val="20"/>
        </w:rPr>
        <w:t>Date: _________________________________________________________________</w:t>
      </w:r>
    </w:p>
    <w:p/>
    <w:p/>
    <w:p>
      <w:r>
        <w:rPr>
          <w:b/>
          <w:sz w:val="20"/>
        </w:rPr>
        <w:t>Attachments (if any):</w:t>
      </w:r>
    </w:p>
    <w:p>
      <w:r>
        <w:rPr>
          <w:b w:val="0"/>
          <w:sz w:val="20"/>
        </w:rPr>
        <w:t>- Rehabilitation Program Certificates</w:t>
      </w:r>
    </w:p>
    <w:p>
      <w:r>
        <w:rPr>
          <w:b w:val="0"/>
          <w:sz w:val="20"/>
        </w:rPr>
        <w:t>- Letters of Support</w:t>
      </w:r>
    </w:p>
    <w:p>
      <w:r>
        <w:rPr>
          <w:b w:val="0"/>
          <w:sz w:val="20"/>
        </w:rPr>
        <w:t>- Employment Verification</w:t>
      </w:r>
    </w:p>
    <w:p>
      <w:r>
        <w:rPr>
          <w:b w:val="0"/>
          <w:sz w:val="20"/>
        </w:rPr>
        <w:t>- Housing Agreement</w:t>
      </w:r>
    </w:p>
    <w:p/>
    <w:p/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Inmate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Parole Board Representative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Signature: 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Signature: _________________________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Name: ________________________________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Name: ________________________________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Date: _________________________________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Date: _________________________________</w:t>
            </w:r>
          </w:p>
        </w:tc>
      </w:tr>
    </w:tbl>
    <w:p>
      <w:r>
        <w:br w:type="page"/>
      </w:r>
    </w:p>
    <w:p>
      <w:pPr>
        <w:jc w:val="center"/>
      </w:pPr>
      <w:r>
        <w:rPr>
          <w:color w:val="555555"/>
          <w:sz w:val="24"/>
        </w:rPr>
        <w:t>Original source of this document:</w:t>
      </w:r>
    </w:p>
    <w:p>
      <w:pPr>
        <w:jc w:val="center"/>
      </w:pPr>
      <w:hyperlink r:id="rId9">
        <w:r>
          <w:rPr>
            <w:color w:val="0000FF"/>
            <w:u w:val="single"/>
          </w:rPr>
          <w:t>https://letterdocs-us.com/parole-board-letter/</w:t>
        </w:r>
      </w:hyperlink>
    </w:p>
    <w:p>
      <w:pPr>
        <w:jc w:val="center"/>
      </w:pPr>
      <w:r>
        <w:rPr>
          <w:color w:val="555555"/>
          <w:sz w:val="26"/>
        </w:rPr>
        <w:t>Did you find this template helpful?</w:t>
      </w:r>
    </w:p>
    <w:p>
      <w:pPr>
        <w:jc w:val="center"/>
      </w:pPr>
      <w:r>
        <w:rPr>
          <w:color w:val="555555"/>
          <w:sz w:val="26"/>
        </w:rPr>
        <w:t>Find more updated templates at:</w:t>
      </w:r>
    </w:p>
    <w:p>
      <w:pPr>
        <w:jc w:val="center"/>
      </w:pPr>
      <w:hyperlink r:id="rId10">
        <w:r>
          <w:rPr>
            <w:color w:val="0000FF"/>
            <w:u w:val="single"/>
          </w:rPr>
          <w:t>https://letterdocs-us.com</w:t>
        </w:r>
      </w:hyperlink>
    </w:p>
    <w:p>
      <w:pPr>
        <w:jc w:val="center"/>
      </w:pPr>
      <w:r>
        <w:rPr>
          <w:color w:val="808080"/>
          <w:sz w:val="20"/>
        </w:rPr>
        <w:t>This template is intended exclusively for personal, non-commercial use.</w:t>
        <w:br/>
        <w:t>If distributed or published, the source must be mentioned. © letterdocs-us.com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letterdocs-us.com/parole-board-letter/" TargetMode="External"/><Relationship Id="rId10" Type="http://schemas.openxmlformats.org/officeDocument/2006/relationships/hyperlink" Target="https://letterdocs-u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