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Sender's Name</w:t>
      </w:r>
    </w:p>
    <w:p>
      <w:r>
        <w:rPr>
          <w:b w:val="0"/>
          <w:sz w:val="20"/>
        </w:rPr>
        <w:t>Sender's Company Name</w:t>
      </w:r>
    </w:p>
    <w:p>
      <w:r>
        <w:rPr>
          <w:b w:val="0"/>
          <w:sz w:val="20"/>
        </w:rPr>
        <w:t>Street Address</w:t>
      </w:r>
    </w:p>
    <w:p>
      <w:r>
        <w:rPr>
          <w:b w:val="0"/>
          <w:sz w:val="20"/>
        </w:rPr>
        <w:t>City, State ZIP Code</w:t>
      </w:r>
    </w:p>
    <w:p>
      <w:r>
        <w:rPr>
          <w:b w:val="0"/>
          <w:sz w:val="20"/>
        </w:rPr>
        <w:t>Phone: (___) ___-____</w:t>
      </w:r>
    </w:p>
    <w:p>
      <w:r>
        <w:rPr>
          <w:b w:val="0"/>
          <w:sz w:val="20"/>
        </w:rPr>
        <w:t>Email: sender@example.com</w:t>
      </w:r>
    </w:p>
    <w:p/>
    <w:p/>
    <w:p>
      <w:r>
        <w:rPr>
          <w:b w:val="0"/>
          <w:sz w:val="20"/>
        </w:rPr>
        <w:t>Recipient's Name</w:t>
      </w:r>
    </w:p>
    <w:p>
      <w:r>
        <w:rPr>
          <w:b w:val="0"/>
          <w:sz w:val="20"/>
        </w:rPr>
        <w:t>Recipient's Company Name</w:t>
      </w:r>
    </w:p>
    <w:p>
      <w:r>
        <w:rPr>
          <w:b w:val="0"/>
          <w:sz w:val="20"/>
        </w:rPr>
        <w:t>Street Address</w:t>
      </w:r>
    </w:p>
    <w:p>
      <w:r>
        <w:rPr>
          <w:b w:val="0"/>
          <w:sz w:val="20"/>
        </w:rPr>
        <w:t>City, State ZIP Code</w:t>
      </w:r>
    </w:p>
    <w:p/>
    <w:p/>
    <w:p>
      <w:pPr>
        <w:jc w:val="left"/>
      </w:pPr>
      <w:r>
        <w:rPr>
          <w:b/>
          <w:sz w:val="22"/>
          <w:u w:val="single"/>
        </w:rPr>
        <w:t>Subject: Business Letter Subject Here</w:t>
      </w:r>
    </w:p>
    <w:p/>
    <w:p/>
    <w:p>
      <w:r>
        <w:rPr>
          <w:b w:val="0"/>
          <w:sz w:val="20"/>
        </w:rPr>
        <w:t>Dear Recipient's Name,</w:t>
      </w:r>
    </w:p>
    <w:p/>
    <w:p>
      <w:r>
        <w:rPr>
          <w:b w:val="0"/>
          <w:sz w:val="20"/>
        </w:rPr>
        <w:t>I am writing to you on behalf of Sender's Company to formally address the matter of [briefly state the purpose of the letter]. This letter serves as an official communication to outline the details and expectations regarding our business relationship and any contemplated transactions or agreements.</w:t>
      </w:r>
    </w:p>
    <w:p/>
    <w:p>
      <w:r>
        <w:rPr>
          <w:b w:val="0"/>
          <w:sz w:val="20"/>
        </w:rPr>
        <w:t>First, we would like to express our appreciation for the continued opportunity to collaborate with your esteemed organization. We recognize the mutual benefits derived from our partnership and are committed to maintaining a high standard of professionalism and compliance with all applicable laws and regulations under United States jurisdiction.</w:t>
      </w:r>
    </w:p>
    <w:p/>
    <w:p>
      <w:r>
        <w:rPr>
          <w:b w:val="0"/>
          <w:sz w:val="20"/>
        </w:rPr>
        <w:t>Please note that any agreements, commitments, or representations made within this letter are subject to the terms and conditions outlined herein and any subsequent formal written contracts executed by both parties. This communication is intended to be legally binding and enforceable, and it is governed by the laws of the State in which Sender's Company is incorporated.</w:t>
      </w:r>
    </w:p>
    <w:p/>
    <w:p>
      <w:r>
        <w:rPr>
          <w:b w:val="0"/>
          <w:sz w:val="20"/>
        </w:rPr>
        <w:t>Should you require any further clarification or wish to discuss the contents of this letter in greater detail, please do not hesitate to contact me directly at the phone number or email address provided above. We look forward to your prompt response and the opportunity to move forward with our mutual objectives.</w:t>
      </w:r>
    </w:p>
    <w:p/>
    <w:p>
      <w:r>
        <w:rPr>
          <w:b w:val="0"/>
          <w:sz w:val="20"/>
        </w:rPr>
        <w:t>Thank you for your attention to this matter.</w:t>
      </w:r>
    </w:p>
    <w:p/>
    <w:p/>
    <w:p>
      <w:r>
        <w:rPr>
          <w:b w:val="0"/>
          <w:sz w:val="20"/>
        </w:rPr>
        <w:t>Sincerely,</w:t>
      </w:r>
    </w:p>
    <w:p/>
    <w:p/>
    <w:p/>
    <w:p/>
    <w:p>
      <w:r>
        <w:rPr>
          <w:b/>
          <w:sz w:val="20"/>
        </w:rPr>
        <w:t>Sender's Name</w:t>
      </w:r>
    </w:p>
    <w:p>
      <w:r>
        <w:rPr>
          <w:b w:val="0"/>
          <w:sz w:val="20"/>
        </w:rPr>
        <w:t>Title/Position</w:t>
      </w:r>
    </w:p>
    <w:p>
      <w:r>
        <w:rPr>
          <w:b w:val="0"/>
          <w:sz w:val="20"/>
        </w:rPr>
        <w:t>Sender's Company Name</w:t>
      </w:r>
    </w:p>
    <w:p/>
    <w:p/>
    <w:p/>
    <w:p>
      <w:r>
        <w:rPr>
          <w:b/>
          <w:sz w:val="20"/>
        </w:rPr>
        <w:t>Enclosures:</w:t>
      </w:r>
    </w:p>
    <w:p>
      <w:r>
        <w:rPr>
          <w:b w:val="0"/>
          <w:sz w:val="20"/>
        </w:rPr>
        <w:t>1. Document One</w:t>
      </w:r>
    </w:p>
    <w:p>
      <w:r>
        <w:rPr>
          <w:b w:val="0"/>
          <w:sz w:val="20"/>
        </w:rPr>
        <w:t>2. Document Two</w:t>
      </w:r>
    </w:p>
    <w:p>
      <w:r>
        <w:rPr>
          <w:b w:val="0"/>
          <w:sz w:val="20"/>
        </w:rPr>
        <w:t>3. Document Three</w:t>
      </w:r>
    </w:p>
    <w:p/>
    <w:p/>
    <w:p>
      <w:pPr>
        <w:jc w:val="center"/>
      </w:pPr>
      <w:r>
        <w:rPr>
          <w:sz w:val="16"/>
        </w:rPr>
        <w:t>This letter and any attachments are confidential and intended solely for the use of the individual or entity to whom they are addressed. Any unauthorized review, use, disclosure, or distribution is prohibited.</w:t>
      </w:r>
    </w:p>
    <w:p>
      <w:r>
        <w:br w:type="page"/>
      </w:r>
    </w:p>
    <w:p>
      <w:pPr>
        <w:jc w:val="center"/>
      </w:pPr>
      <w:r>
        <w:rPr>
          <w:color w:val="555555"/>
          <w:sz w:val="24"/>
        </w:rPr>
        <w:t>Original source of this document:</w:t>
      </w:r>
    </w:p>
    <w:p>
      <w:pPr>
        <w:jc w:val="center"/>
      </w:pPr>
      <w:hyperlink r:id="rId9">
        <w:r>
          <w:rPr>
            <w:color w:val="0000FF"/>
            <w:u w:val="single"/>
          </w:rPr>
          <w:t>https://letterdocs-us.com/of-a-business-letter/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of-a-busines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