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NURSING 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Name of Supervisor / Manager: __________________________________________</w:t>
      </w:r>
    </w:p>
    <w:p>
      <w:r>
        <w:rPr>
          <w:b w:val="0"/>
          <w:sz w:val="20"/>
        </w:rPr>
        <w:t>Position: ______________________________________________________________</w:t>
      </w:r>
    </w:p>
    <w:p>
      <w:r>
        <w:rPr>
          <w:b w:val="0"/>
          <w:sz w:val="20"/>
        </w:rPr>
        <w:t>Facility / Hospital Name: 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</w:t>
      </w:r>
    </w:p>
    <w:p/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Position: ______________________________________________________________</w:t>
      </w:r>
    </w:p>
    <w:p>
      <w:r>
        <w:rPr>
          <w:b w:val="0"/>
          <w:sz w:val="20"/>
        </w:rPr>
        <w:t>Department / Unit: _____________________________________________________</w:t>
      </w:r>
    </w:p>
    <w:p>
      <w:r>
        <w:rPr>
          <w:b w:val="0"/>
          <w:sz w:val="20"/>
        </w:rPr>
        <w:t>Employee ID (if applicable): ____________________________________________</w:t>
      </w:r>
    </w:p>
    <w:p>
      <w:r>
        <w:rPr>
          <w:b w:val="0"/>
          <w:sz w:val="20"/>
        </w:rPr>
        <w:t>Contact Information (Phone/Email): _____________________________________</w:t>
      </w:r>
    </w:p>
    <w:p/>
    <w:p/>
    <w:p>
      <w:r>
        <w:rPr>
          <w:b/>
          <w:sz w:val="20"/>
        </w:rPr>
        <w:t>Subject: Notice of Resignation from Nursing Position</w:t>
      </w:r>
    </w:p>
    <w:p/>
    <w:p/>
    <w:p>
      <w:r>
        <w:rPr>
          <w:b w:val="0"/>
          <w:sz w:val="20"/>
        </w:rPr>
        <w:t>Dear [Manager/Supervisor Name],</w:t>
      </w:r>
    </w:p>
    <w:p/>
    <w:p>
      <w:r>
        <w:rPr>
          <w:b w:val="0"/>
          <w:sz w:val="20"/>
        </w:rPr>
        <w:t>I am writing to formally resign from my position as a nurse at [Facility/Hospital Name], effective immediately upon completion of the notice period as required by the employment agreement and applicable laws.</w:t>
      </w:r>
    </w:p>
    <w:p/>
    <w:p>
      <w:r>
        <w:rPr>
          <w:b/>
          <w:sz w:val="20"/>
        </w:rPr>
        <w:t>Notice Period:</w:t>
      </w:r>
    </w:p>
    <w:p>
      <w:r>
        <w:rPr>
          <w:b w:val="0"/>
          <w:sz w:val="20"/>
        </w:rPr>
        <w:t>In accordance with my employment contract and standard professional practice, I am providing the required notice period of _______________ (e.g., two weeks, 14 days), which will conclude on my last working day: _______________.</w:t>
      </w:r>
    </w:p>
    <w:p/>
    <w:p>
      <w:r>
        <w:rPr>
          <w:b/>
          <w:sz w:val="20"/>
        </w:rPr>
        <w:t>Reason for Resignation (Optional):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 w:val="0"/>
          <w:sz w:val="20"/>
        </w:rPr>
        <w:t>I would like to express my sincere gratitude for the opportunities for professional and personal development that I have received during my time at [Facility/Hospital Name]. I have valued the support and collaboration of my colleagues and management.</w:t>
      </w:r>
    </w:p>
    <w:p/>
    <w:p>
      <w:r>
        <w:rPr>
          <w:b/>
          <w:sz w:val="20"/>
        </w:rPr>
        <w:t>Transition Plan:</w:t>
      </w:r>
    </w:p>
    <w:p>
      <w:r>
        <w:rPr>
          <w:b w:val="0"/>
          <w:sz w:val="20"/>
        </w:rPr>
        <w:t>To ensure a smooth transition, I am committed to assisting in the handover of my responsibilities and training any designated staff to the best of my ability during the notice period.</w:t>
      </w:r>
    </w:p>
    <w:p/>
    <w:p>
      <w:r>
        <w:rPr>
          <w:b/>
          <w:sz w:val="20"/>
        </w:rPr>
        <w:t>Compliance and Obligations:</w:t>
      </w:r>
    </w:p>
    <w:p>
      <w:r>
        <w:rPr>
          <w:b w:val="0"/>
          <w:sz w:val="20"/>
        </w:rPr>
        <w:t>I confirm that I will return all company property, including keys, identification badges, uniforms, electronic devices, and any confidential documents before my departure. I also affirm my commitment to maintaining patient confidentiality and upholding all professional and legal obligations following my resignation.</w:t>
      </w:r>
    </w:p>
    <w:p/>
    <w:p>
      <w:r>
        <w:rPr>
          <w:b w:val="0"/>
          <w:sz w:val="20"/>
        </w:rPr>
        <w:t>Please let me know if there are any formalities or exit procedures I need to complete. I wish the entire team continued success and hope to maintain a positive professional relationship moving forward.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Signature: ___________________________________________</w:t>
      </w:r>
    </w:p>
    <w:p>
      <w:r>
        <w:rPr>
          <w:b w:val="0"/>
          <w:sz w:val="20"/>
        </w:rPr>
        <w:t>Printed Name: ________________________________________</w:t>
      </w:r>
    </w:p>
    <w:p/>
    <w:p/>
    <w:p>
      <w:r>
        <w:rPr>
          <w:b w:val="0"/>
          <w:sz w:val="20"/>
        </w:rPr>
        <w:t>Date: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HR / SUPERVISOR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https://letterdocs-us.com/nursing-resignation-letter/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nursing-resignation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