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NOTICE OF VEHICLE REPOSSESSION</w:t>
      </w:r>
    </w:p>
    <w:p/>
    <w:p/>
    <w:p>
      <w:r>
        <w:rPr>
          <w:b/>
          <w:sz w:val="20"/>
        </w:rPr>
        <w:t>Creditor Information:</w:t>
      </w:r>
    </w:p>
    <w:p>
      <w:r>
        <w:rPr>
          <w:b w:val="0"/>
          <w:sz w:val="20"/>
        </w:rPr>
        <w:t>Name: ____________________________________________________________</w:t>
      </w:r>
    </w:p>
    <w:p>
      <w:r>
        <w:rPr>
          <w:b w:val="0"/>
          <w:sz w:val="20"/>
        </w:rPr>
        <w:t>Address: _________________________________________________________</w:t>
      </w:r>
    </w:p>
    <w:p>
      <w:r>
        <w:rPr>
          <w:b w:val="0"/>
          <w:sz w:val="20"/>
        </w:rPr>
        <w:t>City, State, Zip Code: ____________________________________________</w:t>
      </w:r>
    </w:p>
    <w:p>
      <w:r>
        <w:rPr>
          <w:b w:val="0"/>
          <w:sz w:val="20"/>
        </w:rPr>
        <w:t>Phone Number: ____________________________________________________</w:t>
      </w:r>
    </w:p>
    <w:p/>
    <w:p>
      <w:r>
        <w:rPr>
          <w:b/>
          <w:sz w:val="20"/>
        </w:rPr>
        <w:t>Debtor Information:</w:t>
      </w:r>
    </w:p>
    <w:p>
      <w:r>
        <w:rPr>
          <w:b w:val="0"/>
          <w:sz w:val="20"/>
        </w:rPr>
        <w:t>Name: ____________________________________________________________</w:t>
      </w:r>
    </w:p>
    <w:p>
      <w:r>
        <w:rPr>
          <w:b w:val="0"/>
          <w:sz w:val="20"/>
        </w:rPr>
        <w:t>Address: _________________________________________________________</w:t>
      </w:r>
    </w:p>
    <w:p>
      <w:r>
        <w:rPr>
          <w:b w:val="0"/>
          <w:sz w:val="20"/>
        </w:rPr>
        <w:t>City, State, Zip Code: ____________________________________________</w:t>
      </w:r>
    </w:p>
    <w:p>
      <w:r>
        <w:rPr>
          <w:b w:val="0"/>
          <w:sz w:val="20"/>
        </w:rPr>
        <w:t>Phone Number: ____________________________________________________</w:t>
      </w:r>
    </w:p>
    <w:p/>
    <w:p/>
    <w:p>
      <w:r>
        <w:rPr>
          <w:b/>
          <w:sz w:val="20"/>
        </w:rPr>
        <w:t>RE: Vehicle Identification and Account Information</w:t>
      </w:r>
    </w:p>
    <w:p>
      <w:r>
        <w:rPr>
          <w:b w:val="0"/>
          <w:sz w:val="20"/>
        </w:rPr>
        <w:t>Vehicle Description:</w:t>
      </w:r>
    </w:p>
    <w:p>
      <w:r>
        <w:rPr>
          <w:b w:val="0"/>
          <w:sz w:val="20"/>
        </w:rPr>
        <w:t>Make: _________________________   Model: _________________________</w:t>
      </w:r>
    </w:p>
    <w:p>
      <w:r>
        <w:rPr>
          <w:b w:val="0"/>
          <w:sz w:val="20"/>
        </w:rPr>
        <w:t>Year: ___________   Color: __________________</w:t>
      </w:r>
    </w:p>
    <w:p>
      <w:r>
        <w:rPr>
          <w:b w:val="0"/>
          <w:sz w:val="20"/>
        </w:rPr>
        <w:t>Vehicle Identification Number (VIN): ________________________________</w:t>
      </w:r>
    </w:p>
    <w:p/>
    <w:p>
      <w:r>
        <w:rPr>
          <w:b w:val="0"/>
          <w:sz w:val="20"/>
        </w:rPr>
        <w:t>Account Number: _________________________________________________</w:t>
      </w:r>
    </w:p>
    <w:p/>
    <w:p/>
    <w:p>
      <w:r>
        <w:rPr>
          <w:b/>
          <w:sz w:val="20"/>
        </w:rPr>
        <w:t>NOTICE OF REPOSSESSION</w:t>
      </w:r>
    </w:p>
    <w:p>
      <w:r>
        <w:rPr>
          <w:b w:val="0"/>
          <w:sz w:val="20"/>
        </w:rPr>
        <w:t>This letter serves as formal notice that the above-referenced vehicle has been repossessed by the undersigned Creditor due to the Debtor's default under the terms of the security agreement and promissory note executed in connection with the purchase or lease of the vehicle.</w:t>
      </w:r>
    </w:p>
    <w:p/>
    <w:p>
      <w:r>
        <w:rPr>
          <w:b w:val="0"/>
          <w:sz w:val="20"/>
        </w:rPr>
        <w:t>The repossession was conducted in accordance with applicable laws of the United States and the state jurisdiction governing the security agreement and vehicle title. No breach of the peace occurred during the repossession process.</w:t>
      </w:r>
    </w:p>
    <w:p/>
    <w:p>
      <w:r>
        <w:rPr>
          <w:b/>
          <w:sz w:val="20"/>
        </w:rPr>
        <w:t>DEBTOR'S RIGHTS AND OBLIGATIONS</w:t>
      </w:r>
    </w:p>
    <w:p>
      <w:r>
        <w:rPr>
          <w:b w:val="0"/>
          <w:sz w:val="20"/>
        </w:rPr>
        <w:t>As the Debtor, you have the right to redeem the vehicle by paying the full amount due, including any applicable fees, costs, and expenses incurred in the repossession and subsequent sale of the vehicle. The total amount required to redeem the vehicle will be provided upon request.</w:t>
      </w:r>
    </w:p>
    <w:p/>
    <w:p>
      <w:r>
        <w:rPr>
          <w:b w:val="0"/>
          <w:sz w:val="20"/>
        </w:rPr>
        <w:t>You also have the right to request a written itemization of the charges associated with the repossession and sale of the vehicle. If you believe the repossession was conducted unlawfully or that you have claims related to this matter, you are encouraged to seek legal counsel promptly.</w:t>
      </w:r>
    </w:p>
    <w:p/>
    <w:p>
      <w:r>
        <w:rPr>
          <w:b/>
          <w:sz w:val="20"/>
        </w:rPr>
        <w:t>SALE OF REPOSSESSED VEHICLE</w:t>
      </w:r>
    </w:p>
    <w:p>
      <w:r>
        <w:rPr>
          <w:b w:val="0"/>
          <w:sz w:val="20"/>
        </w:rPr>
        <w:t>If you do not redeem the vehicle within the time frame permitted by law, the Creditor intends to sell the vehicle at a public or private sale. The sale will be conducted in a commercially reasonable manner, and the proceeds will be applied to the outstanding debt, including any fees and costs.</w:t>
      </w:r>
    </w:p>
    <w:p/>
    <w:p>
      <w:r>
        <w:rPr>
          <w:b w:val="0"/>
          <w:sz w:val="20"/>
        </w:rPr>
        <w:t>Any surplus funds remaining after satisfaction of the debt will be returned to you. If the sale proceeds are insufficient to cover the full amount owed, you remain liable for the deficiency balance.</w:t>
      </w:r>
    </w:p>
    <w:p/>
    <w:p>
      <w:r>
        <w:rPr>
          <w:b/>
          <w:sz w:val="20"/>
        </w:rPr>
        <w:t>CONTACT INFORMATION</w:t>
      </w:r>
    </w:p>
    <w:p>
      <w:r>
        <w:rPr>
          <w:b w:val="0"/>
          <w:sz w:val="20"/>
        </w:rPr>
        <w:t>To obtain the payoff amount, request an itemization of charges, or discuss the status of the repossession, please contact the Creditor at the information provided above during normal business hours.</w:t>
      </w:r>
    </w:p>
    <w:p/>
    <w:p/>
    <w:p>
      <w:r>
        <w:rPr>
          <w:b/>
          <w:sz w:val="20"/>
        </w:rPr>
        <w:t>Sincerely,</w:t>
      </w:r>
    </w:p>
    <w:p/>
    <w:p/>
    <w:p/>
    <w:p>
      <w:r>
        <w:rPr>
          <w:b w:val="0"/>
          <w:sz w:val="20"/>
        </w:rPr>
        <w:t>Authorized Representative: ________________________________</w:t>
      </w:r>
    </w:p>
    <w:p>
      <w:r>
        <w:rPr>
          <w:b w:val="0"/>
          <w:sz w:val="20"/>
        </w:rPr>
        <w:t>Title: ____________________________________________________</w:t>
      </w:r>
    </w:p>
    <w:p>
      <w:r>
        <w:rPr>
          <w:b w:val="0"/>
          <w:sz w:val="20"/>
        </w:rPr>
        <w:t>Company: _________________________________________________</w:t>
      </w:r>
    </w:p>
    <w:p>
      <w:r>
        <w:rPr>
          <w:b w:val="0"/>
          <w:sz w:val="20"/>
        </w:rPr>
        <w:t>Phone Number: ____________________________________________</w:t>
      </w:r>
    </w:p>
    <w:p/>
    <w:p/>
    <w:p/>
    <w:p>
      <w:r>
        <w:rPr>
          <w:b w:val="0"/>
          <w:sz w:val="20"/>
        </w:rPr>
        <w:t>Date: _______________________________</w:t>
      </w:r>
    </w:p>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CREDITOR</w:t>
            </w:r>
          </w:p>
        </w:tc>
        <w:tc>
          <w:tcPr>
            <w:tcW w:type="dxa" w:w="4986"/>
            <w:tcBorders>
              <w:top w:val="nil"/>
              <w:left w:val="nil"/>
              <w:bottom w:val="nil"/>
              <w:right w:val="nil"/>
              <w:insideH w:val="nil"/>
              <w:insideV w:val="nil"/>
            </w:tcBorders>
          </w:tcPr>
          <w:p>
            <w:pPr>
              <w:jc w:val="center"/>
            </w:pPr>
            <w:r>
              <w:t>DEBTOR</w:t>
            </w:r>
          </w:p>
        </w:tc>
      </w:tr>
      <w:tr>
        <w:tc>
          <w:tcPr>
            <w:tcW w:type="dxa" w:w="4986"/>
            <w:tcBorders>
              <w:top w:val="nil"/>
              <w:left w:val="nil"/>
              <w:bottom w:val="nil"/>
              <w:right w:val="nil"/>
              <w:insideH w:val="nil"/>
              <w:insideV w:val="nil"/>
            </w:tcBorders>
          </w:tcPr>
          <w:p>
            <w:pPr>
              <w:jc w:val="center"/>
            </w:pPr>
            <w:r>
              <w:br/>
              <w:br/>
              <w:t>Signature: ____________________________</w:t>
            </w:r>
          </w:p>
        </w:tc>
        <w:tc>
          <w:tcPr>
            <w:tcW w:type="dxa" w:w="4986"/>
            <w:tcBorders>
              <w:top w:val="nil"/>
              <w:left w:val="nil"/>
              <w:bottom w:val="nil"/>
              <w:right w:val="nil"/>
              <w:insideH w:val="nil"/>
              <w:insideV w:val="nil"/>
            </w:tcBorders>
          </w:tcPr>
          <w:p>
            <w:pPr>
              <w:jc w:val="center"/>
            </w:pPr>
            <w:r>
              <w:br/>
              <w:br/>
              <w:t>Signature: ____________________________</w:t>
            </w:r>
          </w:p>
        </w:tc>
      </w:tr>
      <w:tr>
        <w:tc>
          <w:tcPr>
            <w:tcW w:type="dxa" w:w="4986"/>
            <w:tcBorders>
              <w:top w:val="nil"/>
              <w:left w:val="nil"/>
              <w:bottom w:val="nil"/>
              <w:right w:val="nil"/>
              <w:insideH w:val="nil"/>
              <w:insideV w:val="nil"/>
            </w:tcBorders>
          </w:tcPr>
          <w:p>
            <w:pPr>
              <w:jc w:val="center"/>
            </w:pPr>
            <w:r>
              <w:t>Name: ________________________________</w:t>
              <w:br/>
              <w:t>Date: ________________________________</w:t>
            </w:r>
          </w:p>
        </w:tc>
        <w:tc>
          <w:tcPr>
            <w:tcW w:type="dxa" w:w="4986"/>
            <w:tcBorders>
              <w:top w:val="nil"/>
              <w:left w:val="nil"/>
              <w:bottom w:val="nil"/>
              <w:right w:val="nil"/>
              <w:insideH w:val="nil"/>
              <w:insideV w:val="nil"/>
            </w:tcBorders>
          </w:tcPr>
          <w:p>
            <w:pPr>
              <w:jc w:val="center"/>
            </w:pPr>
            <w:r>
              <w:t>Name: ________________________________</w:t>
              <w:br/>
              <w:t>Date: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https://letterdocs-us.com/notice-of-vehicle-repossession-letter/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https://letterdocs-us.com</w:t>
        </w:r>
      </w:hyperlink>
    </w:p>
    <w:p>
      <w:pPr>
        <w:jc w:val="center"/>
      </w:pPr>
      <w:r>
        <w:rPr>
          <w:color w:val="808080"/>
          <w:sz w:val="20"/>
        </w:rPr>
        <w:t>This template is intended exclusively for personal, non-commercial use.</w:t>
        <w:br/>
        <w:t>If distributed or published, the source must be mentioned. © letterdocs-us.com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docs-us.com/notice-of-vehicle-repossession-letter/" TargetMode="External"/><Relationship Id="rId10" Type="http://schemas.openxmlformats.org/officeDocument/2006/relationships/hyperlink" Target="https://letterdocs-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