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NOTICE OF DEFAULT</w:t>
      </w:r>
    </w:p>
    <w:p/>
    <w:p>
      <w:r>
        <w:rPr>
          <w:b/>
          <w:sz w:val="20"/>
        </w:rPr>
        <w:t>Sender Information:</w:t>
      </w:r>
    </w:p>
    <w:p>
      <w:r>
        <w:rPr>
          <w:b w:val="0"/>
          <w:sz w:val="20"/>
        </w:rPr>
        <w:t>Name/Company: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Recipient Information:</w:t>
      </w:r>
    </w:p>
    <w:p>
      <w:r>
        <w:rPr>
          <w:b w:val="0"/>
          <w:sz w:val="20"/>
        </w:rPr>
        <w:t>Name/Company: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Pr>
        <w:jc w:val="center"/>
      </w:pPr>
      <w:r>
        <w:rPr>
          <w:b/>
          <w:sz w:val="20"/>
        </w:rPr>
        <w:t>Subject: NOTICE OF DEFAULT AND DEMAND FOR CURE</w:t>
      </w:r>
    </w:p>
    <w:p/>
    <w:p/>
    <w:p>
      <w:r>
        <w:rPr>
          <w:b w:val="0"/>
          <w:sz w:val="20"/>
        </w:rPr>
        <w:t>Dear ________________________________________________________________,</w:t>
      </w:r>
    </w:p>
    <w:p/>
    <w:p>
      <w:r>
        <w:rPr>
          <w:b w:val="0"/>
          <w:sz w:val="20"/>
        </w:rPr>
        <w:t>This Notice of Default (hereinafter “Notice”) is issued pursuant to the terms and conditions of the agreement executed between the undersigned (hereinafter “Sender”) and you (hereinafter “Recipient”), dated _______________. This Notice serves as formal notification that you are in default of your obligations under the Agreement.</w:t>
      </w:r>
    </w:p>
    <w:p/>
    <w:p>
      <w:r>
        <w:rPr>
          <w:b/>
          <w:sz w:val="20"/>
        </w:rPr>
        <w:t>Description of Default:</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p>
      <w:r>
        <w:rPr>
          <w:b w:val="0"/>
          <w:sz w:val="20"/>
        </w:rPr>
        <w:t>Pursuant to Section(s) __________________ of the Agreement, the following obligations have not been fulfilled:</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p>
      <w:r>
        <w:rPr>
          <w:b/>
          <w:sz w:val="20"/>
        </w:rPr>
        <w:t>Demand for Cure:</w:t>
      </w:r>
    </w:p>
    <w:p>
      <w:r>
        <w:rPr>
          <w:b w:val="0"/>
          <w:sz w:val="20"/>
        </w:rPr>
        <w:t>You are hereby required to cure the above-described default within _______ calendar days from receipt of this Notice. Failure to cure the default within the specified time frame will result in the Sender exercising all rights and remedies available under the Agreement and applicable law, including but not limited to termination of the Agreement, initiation of legal proceedings, and seeking damages and costs incurred.</w:t>
      </w:r>
    </w:p>
    <w:p/>
    <w:p>
      <w:r>
        <w:rPr>
          <w:b/>
          <w:sz w:val="20"/>
        </w:rPr>
        <w:t>Reservation of Rights:</w:t>
      </w:r>
    </w:p>
    <w:p>
      <w:r>
        <w:rPr>
          <w:b w:val="0"/>
          <w:sz w:val="20"/>
        </w:rPr>
        <w:t>Nothing contained in this Notice shall be construed as a waiver by the Sender of any rights or remedies, whether at law or in equity, all of which are hereby expressly reserved.</w:t>
      </w:r>
    </w:p>
    <w:p/>
    <w:p>
      <w:r>
        <w:rPr>
          <w:b/>
          <w:sz w:val="20"/>
        </w:rPr>
        <w:t>Governing Law and Jurisdiction:</w:t>
      </w:r>
    </w:p>
    <w:p>
      <w:r>
        <w:rPr>
          <w:b w:val="0"/>
          <w:sz w:val="20"/>
        </w:rPr>
        <w:t>This Notice shall be governed by and construed in accordance with the laws of the State of ____________________, without regard to conflict of law principles. Any disputes arising out of or related to this Notice shall be subject to the exclusive jurisdiction of the courts located in ____________________, State of ____________________.</w:t>
      </w:r>
    </w:p>
    <w:p/>
    <w:p>
      <w:r>
        <w:rPr>
          <w:b/>
          <w:sz w:val="20"/>
        </w:rPr>
        <w:t>Contact Information for Cure:</w:t>
      </w:r>
    </w:p>
    <w:p>
      <w:r>
        <w:rPr>
          <w:b w:val="0"/>
          <w:sz w:val="20"/>
        </w:rPr>
        <w:t>Please direct any inquiries or communications concerning this Notice to:</w:t>
      </w:r>
    </w:p>
    <w:p>
      <w:r>
        <w:rPr>
          <w:b w:val="0"/>
          <w:sz w:val="20"/>
        </w:rPr>
        <w:t>Name: ________________________________________________________________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p>
      <w:r>
        <w:rPr>
          <w:b w:val="0"/>
          <w:sz w:val="20"/>
        </w:rPr>
        <w:t>Sincerely,</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https://letterdocs-us.com/notice-of-default-letter/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notice-of-default-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