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NOTARIZED EMPLOYMENT VERIFICATION LETTER</w:t>
      </w:r>
    </w:p>
    <w:p/>
    <w:p>
      <w:r>
        <w:rPr>
          <w:b/>
          <w:sz w:val="20"/>
        </w:rPr>
        <w:t>Employer Information:</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City, State, ZIP Code: _____________________________________________________</w:t>
      </w:r>
    </w:p>
    <w:p>
      <w:r>
        <w:rPr>
          <w:b w:val="0"/>
          <w:sz w:val="20"/>
        </w:rPr>
        <w:t>Phone Number: _____________________________________________________________</w:t>
      </w:r>
    </w:p>
    <w:p>
      <w:r>
        <w:rPr>
          <w:b w:val="0"/>
          <w:sz w:val="20"/>
        </w:rPr>
        <w:t>Employer Contact Person: ___________________________________________________</w:t>
      </w:r>
    </w:p>
    <w:p/>
    <w:p>
      <w:r>
        <w:rPr>
          <w:b/>
          <w:sz w:val="20"/>
        </w:rPr>
        <w:t>Employee Information:</w:t>
      </w:r>
    </w:p>
    <w:p>
      <w:r>
        <w:rPr>
          <w:b w:val="0"/>
          <w:sz w:val="20"/>
        </w:rPr>
        <w:t>Full Name: ________________________________________________________________</w:t>
      </w:r>
    </w:p>
    <w:p>
      <w:r>
        <w:rPr>
          <w:b w:val="0"/>
          <w:sz w:val="20"/>
        </w:rPr>
        <w:t>Job Title/Position: ________________________________________________________</w:t>
      </w:r>
    </w:p>
    <w:p>
      <w:r>
        <w:rPr>
          <w:b w:val="0"/>
          <w:sz w:val="20"/>
        </w:rPr>
        <w:t>Employment Start Date: _____________________________________________________</w:t>
      </w:r>
    </w:p>
    <w:p>
      <w:r>
        <w:rPr>
          <w:b w:val="0"/>
          <w:sz w:val="20"/>
        </w:rPr>
        <w:t>Employment Status: _________________________________________________________</w:t>
      </w:r>
    </w:p>
    <w:p>
      <w:r>
        <w:rPr>
          <w:b w:val="0"/>
          <w:sz w:val="20"/>
        </w:rPr>
        <w:t>Current Salary/Wage: _______________________________________________________</w:t>
      </w:r>
    </w:p>
    <w:p>
      <w:r>
        <w:rPr>
          <w:b w:val="0"/>
          <w:sz w:val="20"/>
        </w:rPr>
        <w:t>Work Schedule: ____________________________________________________________</w:t>
      </w:r>
    </w:p>
    <w:p/>
    <w:p>
      <w:r>
        <w:rPr>
          <w:b/>
          <w:sz w:val="20"/>
        </w:rPr>
        <w:t>Verification Statement:</w:t>
      </w:r>
    </w:p>
    <w:p>
      <w:r>
        <w:rPr>
          <w:b w:val="0"/>
          <w:sz w:val="20"/>
        </w:rPr>
        <w:t>To Whom It May Concern:</w:t>
      </w:r>
    </w:p>
    <w:p/>
    <w:p>
      <w:r>
        <w:rPr>
          <w:b w:val="0"/>
          <w:sz w:val="20"/>
        </w:rPr>
        <w:t>This letter serves as formal verification that the above-named employee is or was employed by the undersigned employer. The information provided herein is accurate to the best of the employer's knowledge and belief. The employment details described reflect the terms and conditions agreed upon between the employer and employee.</w:t>
      </w:r>
    </w:p>
    <w:p/>
    <w:p>
      <w:r>
        <w:rPr>
          <w:b/>
          <w:sz w:val="20"/>
        </w:rPr>
        <w:t>Employment Details:</w:t>
      </w:r>
    </w:p>
    <w:p>
      <w:r>
        <w:rPr>
          <w:b w:val="0"/>
          <w:sz w:val="20"/>
        </w:rPr>
        <w:t>The employee has been employed in the capacity specified above, performing duties consistent with the job title and responsibilities. This verification is issued upon the employee's request and is intended for use in matters requiring confirmation of employment status, income, and job position.</w:t>
      </w:r>
    </w:p>
    <w:p/>
    <w:p>
      <w:r>
        <w:rPr>
          <w:b/>
          <w:sz w:val="20"/>
        </w:rPr>
        <w:t>No Obligation Clause:</w:t>
      </w:r>
    </w:p>
    <w:p>
      <w:r>
        <w:rPr>
          <w:b w:val="0"/>
          <w:sz w:val="20"/>
        </w:rPr>
        <w:t>This letter does not constitute a contract of employment, guarantee continued employment, nor confer any rights beyond those established by applicable law or existing agreements. The employer reserves the right to modify, suspend, or terminate employment in accordance with company policies and legal requirements.</w:t>
      </w:r>
    </w:p>
    <w:p/>
    <w:p>
      <w:r>
        <w:rPr>
          <w:b/>
          <w:sz w:val="20"/>
        </w:rPr>
        <w:t>Confidentiality Clause:</w:t>
      </w:r>
    </w:p>
    <w:p>
      <w:r>
        <w:rPr>
          <w:b w:val="0"/>
          <w:sz w:val="20"/>
        </w:rPr>
        <w:t>The contents of this letter are confidential and intended solely for the recipient. Unauthorized disclosure or distribution of this verification without the employer’s express written consent is prohibited.</w:t>
      </w:r>
    </w:p>
    <w:p/>
    <w:p>
      <w:r>
        <w:rPr>
          <w:b/>
          <w:sz w:val="20"/>
        </w:rPr>
        <w:t>Disclaimer of Liability:</w:t>
      </w:r>
    </w:p>
    <w:p>
      <w:r>
        <w:rPr>
          <w:b w:val="0"/>
          <w:sz w:val="20"/>
        </w:rPr>
        <w:t>The employer makes no warranties or representations beyond the scope of this letter and shall not be held liable for any damages arising from the use or misuse of this verification by third parties.</w:t>
      </w:r>
    </w:p>
    <w:p/>
    <w:p>
      <w:r>
        <w:rPr>
          <w:b/>
          <w:sz w:val="20"/>
        </w:rPr>
        <w:t>Notarization:</w:t>
      </w:r>
    </w:p>
    <w:p>
      <w:r>
        <w:rPr>
          <w:b w:val="0"/>
          <w:sz w:val="20"/>
        </w:rPr>
        <w:t>Subscribed and sworn before me this ______ day of _______________, 20____, by ________________________________ (Employer Representative's Name), duly authorized representative of the employer named herein.</w:t>
      </w:r>
    </w:p>
    <w:p/>
    <w:p/>
    <w:p>
      <w:r>
        <w:rPr>
          <w:b/>
          <w:sz w:val="20"/>
        </w:rPr>
        <w:t>Notary Public:</w:t>
      </w:r>
    </w:p>
    <w:p>
      <w:r>
        <w:rPr>
          <w:b w:val="0"/>
          <w:sz w:val="20"/>
        </w:rPr>
        <w:t>Signature: ________________________________________________</w:t>
      </w:r>
    </w:p>
    <w:p>
      <w:r>
        <w:rPr>
          <w:b w:val="0"/>
          <w:sz w:val="20"/>
        </w:rPr>
        <w:t>Printed Name: ______________________________________________</w:t>
      </w:r>
    </w:p>
    <w:p>
      <w:r>
        <w:rPr>
          <w:b w:val="0"/>
          <w:sz w:val="20"/>
        </w:rPr>
        <w:t>Commission Number: _________________________________________</w:t>
      </w:r>
    </w:p>
    <w:p>
      <w:r>
        <w:rPr>
          <w:b w:val="0"/>
          <w:sz w:val="20"/>
        </w:rPr>
        <w:t>My Commission Expires: ______________________________________</w:t>
      </w:r>
    </w:p>
    <w:p>
      <w:r>
        <w:rPr>
          <w:b w:val="0"/>
          <w:sz w:val="20"/>
        </w:rPr>
        <w:t>Seal/Stamp: 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https://letterdocs-us.com/notarized-employment-verification-letter/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notarized-employment-verificatio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