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val="0"/>
          <w:sz w:val="20"/>
        </w:rPr>
        <w:t>Sender's Name or Company</w:t>
      </w:r>
    </w:p>
    <w:p>
      <w:r>
        <w:rPr>
          <w:b w:val="0"/>
          <w:sz w:val="20"/>
        </w:rPr>
        <w:t>Street Address</w:t>
      </w:r>
    </w:p>
    <w:p>
      <w:r>
        <w:rPr>
          <w:b w:val="0"/>
          <w:sz w:val="20"/>
        </w:rPr>
        <w:t>City, State ZIP Code</w:t>
      </w:r>
    </w:p>
    <w:p>
      <w:r>
        <w:rPr>
          <w:b w:val="0"/>
          <w:sz w:val="20"/>
        </w:rPr>
        <w:t>Phone: (___) ___-____</w:t>
      </w:r>
    </w:p>
    <w:p>
      <w:r>
        <w:rPr>
          <w:b w:val="0"/>
          <w:sz w:val="20"/>
        </w:rPr>
        <w:t>Email: example@domain.com</w:t>
      </w:r>
    </w:p>
    <w:p/>
    <w:p/>
    <w:p>
      <w:r>
        <w:rPr>
          <w:b w:val="0"/>
          <w:sz w:val="20"/>
        </w:rPr>
        <w:t>Recipient's Name</w:t>
      </w:r>
    </w:p>
    <w:p>
      <w:r>
        <w:rPr>
          <w:b w:val="0"/>
          <w:sz w:val="20"/>
        </w:rPr>
        <w:t>Recipient's Title</w:t>
      </w:r>
    </w:p>
    <w:p>
      <w:r>
        <w:rPr>
          <w:b w:val="0"/>
          <w:sz w:val="20"/>
        </w:rPr>
        <w:t>Company Name</w:t>
      </w:r>
    </w:p>
    <w:p>
      <w:r>
        <w:rPr>
          <w:b w:val="0"/>
          <w:sz w:val="20"/>
        </w:rPr>
        <w:t>Street Address</w:t>
      </w:r>
    </w:p>
    <w:p>
      <w:r>
        <w:rPr>
          <w:b w:val="0"/>
          <w:sz w:val="20"/>
        </w:rPr>
        <w:t>City, State ZIP Code</w:t>
      </w:r>
    </w:p>
    <w:p/>
    <w:p/>
    <w:p>
      <w:pPr>
        <w:jc w:val="center"/>
      </w:pPr>
      <w:r>
        <w:rPr>
          <w:b/>
          <w:sz w:val="20"/>
        </w:rPr>
        <w:t>SUBJECT: BUSINESS LETTER</w:t>
      </w:r>
    </w:p>
    <w:p/>
    <w:p/>
    <w:p>
      <w:r>
        <w:rPr>
          <w:b w:val="0"/>
          <w:sz w:val="20"/>
        </w:rPr>
        <w:t>Dear [Recipient's Name],</w:t>
      </w:r>
    </w:p>
    <w:p/>
    <w:p>
      <w:r>
        <w:rPr>
          <w:b w:val="0"/>
          <w:sz w:val="20"/>
        </w:rPr>
        <w:t>I am writing to you on behalf of [Sender's Company Name] to address the matter regarding [brief description of the matter]. This letter serves as a formal communication in accordance with applicable United States laws and regulations.</w:t>
      </w:r>
    </w:p>
    <w:p/>
    <w:p>
      <w:r>
        <w:rPr>
          <w:b w:val="0"/>
          <w:sz w:val="20"/>
        </w:rPr>
        <w:t>First and foremost, [elaborate on the first point, providing all necessary details and clarifications to ensure clear understanding between parties involved].</w:t>
      </w:r>
    </w:p>
    <w:p/>
    <w:p>
      <w:r>
        <w:rPr>
          <w:b w:val="0"/>
          <w:sz w:val="20"/>
        </w:rPr>
        <w:t>Furthermore, [expand on additional relevant points or terms that apply to the subject, ensuring that all information is factual, complete, and legally compliant].</w:t>
      </w:r>
    </w:p>
    <w:p/>
    <w:p>
      <w:r>
        <w:rPr>
          <w:b w:val="0"/>
          <w:sz w:val="20"/>
        </w:rPr>
        <w:t>Please review the information carefully. Should you have any questions or require further clarification, do not hesitate to contact me directly at the phone number or email provided above.</w:t>
      </w:r>
    </w:p>
    <w:p/>
    <w:p>
      <w:r>
        <w:rPr>
          <w:b w:val="0"/>
          <w:sz w:val="20"/>
        </w:rPr>
        <w:t>This letter and its contents are intended to be legally binding and enforceable under the laws of the United States. All parties involved are expected to act in good faith and comply fully with the terms outlined herein.</w:t>
      </w:r>
    </w:p>
    <w:p/>
    <w:p>
      <w:r>
        <w:rPr>
          <w:b w:val="0"/>
          <w:sz w:val="20"/>
        </w:rPr>
        <w:t>Thank you for your prompt attention to this matter. I look forward to your timely response.</w:t>
      </w:r>
    </w:p>
    <w:p/>
    <w:p/>
    <w:p>
      <w:r>
        <w:rPr>
          <w:b w:val="0"/>
          <w:sz w:val="20"/>
        </w:rPr>
        <w:t>Sincerely,</w:t>
      </w:r>
    </w:p>
    <w:p/>
    <w:p/>
    <w:p/>
    <w:p>
      <w:r>
        <w:rPr>
          <w:b/>
          <w:sz w:val="20"/>
        </w:rPr>
        <w:t>[Sender's Name]</w:t>
      </w:r>
    </w:p>
    <w:p>
      <w:r>
        <w:rPr>
          <w:b w:val="0"/>
          <w:sz w:val="20"/>
        </w:rPr>
        <w:t>[Sender's Title]</w:t>
      </w:r>
    </w:p>
    <w:p>
      <w:r>
        <w:rPr>
          <w:b w:val="0"/>
          <w:sz w:val="20"/>
        </w:rPr>
        <w:t>[Sender's Company Name]</w:t>
      </w:r>
    </w:p>
    <w:p>
      <w:r>
        <w:rPr>
          <w:b w:val="0"/>
          <w:sz w:val="20"/>
        </w:rPr>
        <w:t>Phone: (___) ___-____</w:t>
      </w:r>
    </w:p>
    <w:p>
      <w:r>
        <w:rPr>
          <w:b w:val="0"/>
          <w:sz w:val="20"/>
        </w:rPr>
        <w:t>Email: example@domain.com</w:t>
      </w:r>
    </w:p>
    <w:p/>
    <w:p/>
    <w:p>
      <w:r>
        <w:rPr>
          <w:b w:val="0"/>
          <w:sz w:val="20"/>
        </w:rPr>
        <w:t>Enclosure: [List any documents enclosed, if applicable]</w:t>
      </w:r>
    </w:p>
    <w:p/>
    <w:p>
      <w:r>
        <w:rPr>
          <w:b w:val="0"/>
          <w:sz w:val="20"/>
        </w:rPr>
        <w:t>CC: [Names of other recipients, if applicable]</w:t>
      </w:r>
    </w:p>
    <w:p>
      <w:r>
        <w:br w:type="page"/>
      </w:r>
    </w:p>
    <w:p>
      <w:pPr>
        <w:jc w:val="center"/>
      </w:pPr>
      <w:r>
        <w:rPr>
          <w:color w:val="555555"/>
          <w:sz w:val="24"/>
        </w:rPr>
        <w:t>Original source of this document:</w:t>
      </w:r>
    </w:p>
    <w:p>
      <w:pPr>
        <w:jc w:val="center"/>
      </w:pPr>
      <w:hyperlink r:id="rId9">
        <w:r>
          <w:rPr>
            <w:color w:val="0000FF"/>
            <w:u w:val="single"/>
          </w:rPr>
          <w:t>https://letterdocs-us.com/microsoft-business-letter/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microsoft-business-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