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MENTORSHIP AGREEMENT LETTER</w:t>
      </w:r>
    </w:p>
    <w:p/>
    <w:p>
      <w:r>
        <w:rPr>
          <w:b w:val="0"/>
          <w:sz w:val="20"/>
        </w:rPr>
        <w:t>This Mentorship Agreement Letter ("Agreement") is entered into by and between the Mentor and the Mentee as set forth below, for the purpose of establishing a professional mentoring relationship that supports the Mentee’s personal and professional development.</w:t>
      </w:r>
    </w:p>
    <w:p/>
    <w:p>
      <w:r>
        <w:rPr>
          <w:b/>
          <w:sz w:val="20"/>
        </w:rPr>
        <w:t>Mentor Information:</w:t>
      </w:r>
    </w:p>
    <w:p>
      <w:r>
        <w:rPr>
          <w:b w:val="0"/>
          <w:sz w:val="20"/>
        </w:rPr>
        <w:t>Full Name: ____________________________________________________________</w:t>
      </w:r>
    </w:p>
    <w:p>
      <w:r>
        <w:rPr>
          <w:b w:val="0"/>
          <w:sz w:val="20"/>
        </w:rPr>
        <w:t>Title/Position: _________________________________________________________</w:t>
      </w:r>
    </w:p>
    <w:p>
      <w:r>
        <w:rPr>
          <w:b w:val="0"/>
          <w:sz w:val="20"/>
        </w:rPr>
        <w:t>Organization: __________________________________________________________</w:t>
      </w:r>
    </w:p>
    <w:p>
      <w:r>
        <w:rPr>
          <w:b w:val="0"/>
          <w:sz w:val="20"/>
        </w:rPr>
        <w:t>Contact Email: _________________________________________________________</w:t>
      </w:r>
    </w:p>
    <w:p>
      <w:r>
        <w:rPr>
          <w:b w:val="0"/>
          <w:sz w:val="20"/>
        </w:rPr>
        <w:t>Contact Phone: _________________________________________________________</w:t>
      </w:r>
    </w:p>
    <w:p/>
    <w:p>
      <w:r>
        <w:rPr>
          <w:b/>
          <w:sz w:val="20"/>
        </w:rPr>
        <w:t>Mentee Information:</w:t>
      </w:r>
    </w:p>
    <w:p>
      <w:r>
        <w:rPr>
          <w:b w:val="0"/>
          <w:sz w:val="20"/>
        </w:rPr>
        <w:t>Full Name: ____________________________________________________________</w:t>
      </w:r>
    </w:p>
    <w:p>
      <w:r>
        <w:rPr>
          <w:b w:val="0"/>
          <w:sz w:val="20"/>
        </w:rPr>
        <w:t>Title/Position (if applicable): ___________________________________________</w:t>
      </w:r>
    </w:p>
    <w:p>
      <w:r>
        <w:rPr>
          <w:b w:val="0"/>
          <w:sz w:val="20"/>
        </w:rPr>
        <w:t>Organization (if applicable): ___________________________________________</w:t>
      </w:r>
    </w:p>
    <w:p>
      <w:r>
        <w:rPr>
          <w:b w:val="0"/>
          <w:sz w:val="20"/>
        </w:rPr>
        <w:t>Contact Email: _________________________________________________________</w:t>
      </w:r>
    </w:p>
    <w:p>
      <w:r>
        <w:rPr>
          <w:b w:val="0"/>
          <w:sz w:val="20"/>
        </w:rPr>
        <w:t>Contact Phone: _________________________________________________________</w:t>
      </w:r>
    </w:p>
    <w:p/>
    <w:p>
      <w:r>
        <w:rPr>
          <w:b/>
          <w:sz w:val="20"/>
        </w:rPr>
        <w:t>Purpose of Mentorship:</w:t>
      </w:r>
    </w:p>
    <w:p>
      <w:r>
        <w:rPr>
          <w:b w:val="0"/>
          <w:sz w:val="20"/>
        </w:rPr>
        <w:t>The Mentor agrees to provide guidance, support, and professional insight to aid the Mentee in achieving their career goals, enhancing skills, and navigating challenges. The Mentee agrees to engage actively in the mentoring relationship, be open to feedback, and take responsibility for their growth.</w:t>
      </w:r>
    </w:p>
    <w:p/>
    <w:p>
      <w:r>
        <w:rPr>
          <w:b/>
          <w:sz w:val="20"/>
        </w:rPr>
        <w:t>Scope and Duration of Mentorship:</w:t>
      </w:r>
    </w:p>
    <w:p>
      <w:r>
        <w:rPr>
          <w:b w:val="0"/>
          <w:sz w:val="20"/>
        </w:rPr>
        <w:t>The parties agree that this mentorship relationship shall commence upon the date of signature and continue until mutually agreed termination, which may be at any time by either party with written notice. Sessions will be scheduled at mutually convenient times, generally not exceeding __________ sessions over __________ months.</w:t>
      </w:r>
    </w:p>
    <w:p/>
    <w:p>
      <w:r>
        <w:rPr>
          <w:b/>
          <w:sz w:val="20"/>
        </w:rPr>
        <w:t>Roles and Responsibilities:</w:t>
      </w:r>
    </w:p>
    <w:p>
      <w:r>
        <w:rPr>
          <w:b w:val="0"/>
          <w:sz w:val="20"/>
        </w:rPr>
        <w:t>Mentor Responsibilities:</w:t>
      </w:r>
    </w:p>
    <w:p>
      <w:r>
        <w:rPr>
          <w:b w:val="0"/>
          <w:sz w:val="20"/>
        </w:rPr>
        <w:t>• Provide mentorship in a professional, respectful, and confidential manner.</w:t>
      </w:r>
    </w:p>
    <w:p>
      <w:r>
        <w:rPr>
          <w:b w:val="0"/>
          <w:sz w:val="20"/>
        </w:rPr>
        <w:t>• Share knowledge, experience, and resources relevant to the Mentee’s goals.</w:t>
      </w:r>
    </w:p>
    <w:p>
      <w:r>
        <w:rPr>
          <w:b w:val="0"/>
          <w:sz w:val="20"/>
        </w:rPr>
        <w:t>• Offer constructive feedback and support.</w:t>
      </w:r>
    </w:p>
    <w:p>
      <w:r>
        <w:rPr>
          <w:b w:val="0"/>
          <w:sz w:val="20"/>
        </w:rPr>
        <w:t>• Maintain appropriate boundaries and avoid conflicts of interest.</w:t>
      </w:r>
    </w:p>
    <w:p/>
    <w:p>
      <w:r>
        <w:rPr>
          <w:b w:val="0"/>
          <w:sz w:val="20"/>
        </w:rPr>
        <w:t>Mentee Responsibilities:</w:t>
      </w:r>
    </w:p>
    <w:p>
      <w:r>
        <w:rPr>
          <w:b w:val="0"/>
          <w:sz w:val="20"/>
        </w:rPr>
        <w:t>• Actively participate and prepare for mentoring sessions.</w:t>
      </w:r>
    </w:p>
    <w:p>
      <w:r>
        <w:rPr>
          <w:b w:val="0"/>
          <w:sz w:val="20"/>
        </w:rPr>
        <w:t>• Be open to feedback and willing to consider new perspectives.</w:t>
      </w:r>
    </w:p>
    <w:p>
      <w:r>
        <w:rPr>
          <w:b w:val="0"/>
          <w:sz w:val="20"/>
        </w:rPr>
        <w:t>• Communicate openly and honestly with the Mentor.</w:t>
      </w:r>
    </w:p>
    <w:p>
      <w:r>
        <w:rPr>
          <w:b w:val="0"/>
          <w:sz w:val="20"/>
        </w:rPr>
        <w:t>• Take ownership of personal development and agreed-upon action items.</w:t>
      </w:r>
    </w:p>
    <w:p/>
    <w:p>
      <w:r>
        <w:rPr>
          <w:b/>
          <w:sz w:val="20"/>
        </w:rPr>
        <w:t>Confidentiality:</w:t>
      </w:r>
    </w:p>
    <w:p>
      <w:r>
        <w:rPr>
          <w:b w:val="0"/>
          <w:sz w:val="20"/>
        </w:rPr>
        <w:t>Both parties agree to keep confidential all information shared during the mentorship relationship, except where disclosure is required by law or agreed upon in writing by both parties. Confidentiality does not extend to information already in the public domain or independently developed.</w:t>
      </w:r>
    </w:p>
    <w:p/>
    <w:p>
      <w:r>
        <w:rPr>
          <w:b/>
          <w:sz w:val="20"/>
        </w:rPr>
        <w:t>No Employment or Legal Relationship:</w:t>
      </w:r>
    </w:p>
    <w:p>
      <w:r>
        <w:rPr>
          <w:b w:val="0"/>
          <w:sz w:val="20"/>
        </w:rPr>
        <w:t>This Agreement does not create an employment, partnership, joint venture, or agency relationship between the parties. Neither party has authority to bind or obligate the other. The Mentor does not guarantee any particular results or outcomes from the mentoring relationship.</w:t>
      </w:r>
    </w:p>
    <w:p/>
    <w:p>
      <w:r>
        <w:rPr>
          <w:b/>
          <w:sz w:val="20"/>
        </w:rPr>
        <w:t>Limitation of Liability:</w:t>
      </w:r>
    </w:p>
    <w:p>
      <w:r>
        <w:rPr>
          <w:b w:val="0"/>
          <w:sz w:val="20"/>
        </w:rPr>
        <w:t>To the maximum extent permitted by law, neither party shall be liable for any indirect, incidental, consequential, special, or punitive damages arising from or related to this Agreement or the mentorship relationship.</w:t>
      </w:r>
    </w:p>
    <w:p/>
    <w:p>
      <w:r>
        <w:rPr>
          <w:b/>
          <w:sz w:val="20"/>
        </w:rPr>
        <w:t>Termination:</w:t>
      </w:r>
    </w:p>
    <w:p>
      <w:r>
        <w:rPr>
          <w:b w:val="0"/>
          <w:sz w:val="20"/>
        </w:rPr>
        <w:t>Either party may terminate this Agreement at any time upon written notice to the other party. Upon termination, the parties shall cease mentoring activities but remain bound by confidentiality provisions herein.</w:t>
      </w:r>
    </w:p>
    <w:p/>
    <w:p>
      <w:r>
        <w:rPr>
          <w:b/>
          <w:sz w:val="20"/>
        </w:rPr>
        <w:t>Governing Law and Jurisdiction:</w:t>
      </w:r>
    </w:p>
    <w:p>
      <w:r>
        <w:rPr>
          <w:b w:val="0"/>
          <w:sz w:val="20"/>
        </w:rPr>
        <w:t>This Agreement shall be governed by and construed in accordance with the laws of the State of ____________________, United States of America, without regard to its conflict of law principles. Any disputes arising under or in connection with this Agreement shall be subject to the exclusive jurisdiction of the courts located in ____________________.</w:t>
      </w:r>
    </w:p>
    <w:p/>
    <w:p>
      <w:r>
        <w:rPr>
          <w:b/>
          <w:sz w:val="20"/>
        </w:rPr>
        <w:t>Entire Agreement:</w:t>
      </w:r>
    </w:p>
    <w:p>
      <w:r>
        <w:rPr>
          <w:b w:val="0"/>
          <w:sz w:val="20"/>
        </w:rPr>
        <w:t>This Agreement constitutes the entire understanding between the parties regarding the subject matter herein and supersedes all prior discussions, agreements, or understandings, whether oral or written.</w:t>
      </w:r>
    </w:p>
    <w:p/>
    <w:p>
      <w:r>
        <w:rPr>
          <w:b/>
          <w:sz w:val="20"/>
        </w:rPr>
        <w:t>Amendments:</w:t>
      </w:r>
    </w:p>
    <w:p>
      <w:r>
        <w:rPr>
          <w:b w:val="0"/>
          <w:sz w:val="20"/>
        </w:rPr>
        <w:t>Any amendments or modifications to this Agreement must be made in writing and signed by both parties.</w:t>
      </w:r>
    </w:p>
    <w:p/>
    <w:p/>
    <w:p>
      <w:r>
        <w:rPr>
          <w:b w:val="0"/>
          <w:sz w:val="20"/>
        </w:rPr>
        <w:t>Place of Signature: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MENTOR</w:t>
            </w:r>
          </w:p>
        </w:tc>
        <w:tc>
          <w:tcPr>
            <w:tcW w:type="dxa" w:w="4986"/>
            <w:tcBorders>
              <w:top w:val="nil"/>
              <w:left w:val="nil"/>
              <w:bottom w:val="nil"/>
              <w:right w:val="nil"/>
              <w:insideH w:val="nil"/>
              <w:insideV w:val="nil"/>
            </w:tcBorders>
          </w:tcPr>
          <w:p>
            <w:pPr>
              <w:jc w:val="center"/>
            </w:pPr>
            <w:r>
              <w:t>MENTEE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https://letterdocs-us.com/mentorship-mentor-letter/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mentorship-mentor-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