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RECORDS REQUEST LETTER</w:t>
      </w:r>
    </w:p>
    <w:p/>
    <w:p/>
    <w:p>
      <w:r>
        <w:rPr>
          <w:b/>
          <w:sz w:val="20"/>
        </w:rPr>
        <w:t>To:</w:t>
      </w:r>
    </w:p>
    <w:p>
      <w:r>
        <w:rPr>
          <w:b w:val="0"/>
          <w:sz w:val="20"/>
        </w:rPr>
        <w:t>Medical Records Department</w:t>
      </w:r>
    </w:p>
    <w:p>
      <w:r>
        <w:rPr>
          <w:b w:val="0"/>
          <w:sz w:val="20"/>
        </w:rPr>
        <w:t>___________________________________________________________</w:t>
      </w:r>
    </w:p>
    <w:p>
      <w:r>
        <w:rPr>
          <w:b w:val="0"/>
          <w:sz w:val="20"/>
        </w:rPr>
        <w:t>Hospital/Clinic Name</w:t>
      </w:r>
    </w:p>
    <w:p>
      <w:r>
        <w:rPr>
          <w:b w:val="0"/>
          <w:sz w:val="20"/>
        </w:rPr>
        <w:t>Address</w:t>
      </w:r>
    </w:p>
    <w:p>
      <w:r>
        <w:rPr>
          <w:b w:val="0"/>
          <w:sz w:val="20"/>
        </w:rPr>
        <w:t>City, State ZIP Code</w:t>
      </w:r>
    </w:p>
    <w:p/>
    <w:p/>
    <w:p>
      <w:r>
        <w:rPr>
          <w:b/>
          <w:sz w:val="20"/>
        </w:rPr>
        <w:t>From:</w:t>
      </w:r>
    </w:p>
    <w:p>
      <w:r>
        <w:rPr>
          <w:b w:val="0"/>
          <w:sz w:val="20"/>
        </w:rPr>
        <w:t>Patient Name: ____________________________________________________</w:t>
      </w:r>
    </w:p>
    <w:p>
      <w:r>
        <w:rPr>
          <w:b w:val="0"/>
          <w:sz w:val="20"/>
        </w:rPr>
        <w:t>Date of Birth: ___________________________________________________</w:t>
      </w:r>
    </w:p>
    <w:p>
      <w:r>
        <w:rPr>
          <w:b w:val="0"/>
          <w:sz w:val="20"/>
        </w:rPr>
        <w:t>Address: _________________________________________________________</w:t>
      </w:r>
    </w:p>
    <w:p>
      <w:r>
        <w:rPr>
          <w:b w:val="0"/>
          <w:sz w:val="20"/>
        </w:rPr>
        <w:t>City, State ZIP Code: _____________________________________________</w:t>
      </w:r>
    </w:p>
    <w:p>
      <w:r>
        <w:rPr>
          <w:b w:val="0"/>
          <w:sz w:val="20"/>
        </w:rPr>
        <w:t>Phone Number: ____________________________________________________</w:t>
      </w:r>
    </w:p>
    <w:p>
      <w:r>
        <w:rPr>
          <w:b w:val="0"/>
          <w:sz w:val="20"/>
        </w:rPr>
        <w:t>Email Address: ____________________________________________________</w:t>
      </w:r>
    </w:p>
    <w:p/>
    <w:p/>
    <w:p>
      <w:r>
        <w:rPr>
          <w:b/>
          <w:sz w:val="20"/>
        </w:rPr>
        <w:t>Subject: Request for Release of Medical Records</w:t>
      </w:r>
    </w:p>
    <w:p/>
    <w:p/>
    <w:p>
      <w:r>
        <w:rPr>
          <w:b w:val="0"/>
          <w:sz w:val="20"/>
        </w:rPr>
        <w:t>To Whom It May Concern,</w:t>
      </w:r>
    </w:p>
    <w:p/>
    <w:p>
      <w:r>
        <w:rPr>
          <w:b w:val="0"/>
          <w:sz w:val="20"/>
        </w:rPr>
        <w:t>I am writing to formally request a complete copy of my medical records maintained by your facility, in accordance with the Health Insurance Portability and Accountability Act (HIPAA) and applicable state laws. This request includes all records, reports, test results, imaging, billing records, and any other documentation related to my medical care.</w:t>
      </w:r>
    </w:p>
    <w:p/>
    <w:p>
      <w:r>
        <w:rPr>
          <w:b/>
          <w:sz w:val="20"/>
        </w:rPr>
        <w:t>Patient Identification:</w:t>
      </w:r>
    </w:p>
    <w:p>
      <w:r>
        <w:rPr>
          <w:b w:val="0"/>
          <w:sz w:val="20"/>
        </w:rPr>
        <w:t>Full Name: _________________________________________________________</w:t>
      </w:r>
    </w:p>
    <w:p>
      <w:r>
        <w:rPr>
          <w:b w:val="0"/>
          <w:sz w:val="20"/>
        </w:rPr>
        <w:t>Date of Birth: ______________________________________________________</w:t>
      </w:r>
    </w:p>
    <w:p>
      <w:r>
        <w:rPr>
          <w:b w:val="0"/>
          <w:sz w:val="20"/>
        </w:rPr>
        <w:t>Medical Record Number (if known): __________________________________</w:t>
      </w:r>
    </w:p>
    <w:p/>
    <w:p>
      <w:r>
        <w:rPr>
          <w:b/>
          <w:sz w:val="20"/>
        </w:rPr>
        <w:t>Records Requested:</w:t>
      </w:r>
    </w:p>
    <w:p>
      <w:r>
        <w:rPr>
          <w:b w:val="0"/>
          <w:sz w:val="20"/>
        </w:rPr>
        <w:t>Please provide all medical records from the date of first treatment at your facility through the present, including but not limited to:</w:t>
      </w:r>
    </w:p>
    <w:p>
      <w:r>
        <w:rPr>
          <w:b w:val="0"/>
          <w:sz w:val="20"/>
        </w:rPr>
        <w:t>- Physician notes and progress reports</w:t>
      </w:r>
    </w:p>
    <w:p>
      <w:r>
        <w:rPr>
          <w:b w:val="0"/>
          <w:sz w:val="20"/>
        </w:rPr>
        <w:t>- Laboratory and pathology reports</w:t>
      </w:r>
    </w:p>
    <w:p>
      <w:r>
        <w:rPr>
          <w:b w:val="0"/>
          <w:sz w:val="20"/>
        </w:rPr>
        <w:t>- Imaging studies (X-rays, MRIs, CT scans, etc.)</w:t>
      </w:r>
    </w:p>
    <w:p>
      <w:r>
        <w:rPr>
          <w:b w:val="0"/>
          <w:sz w:val="20"/>
        </w:rPr>
        <w:t>- Operative and procedure reports</w:t>
      </w:r>
    </w:p>
    <w:p>
      <w:r>
        <w:rPr>
          <w:b w:val="0"/>
          <w:sz w:val="20"/>
        </w:rPr>
        <w:t>- Medication records</w:t>
      </w:r>
    </w:p>
    <w:p>
      <w:r>
        <w:rPr>
          <w:b w:val="0"/>
          <w:sz w:val="20"/>
        </w:rPr>
        <w:t>- Discharge summaries</w:t>
      </w:r>
    </w:p>
    <w:p>
      <w:r>
        <w:rPr>
          <w:b w:val="0"/>
          <w:sz w:val="20"/>
        </w:rPr>
        <w:t>- Billing and insurance information</w:t>
      </w:r>
    </w:p>
    <w:p/>
    <w:p>
      <w:r>
        <w:rPr>
          <w:b/>
          <w:sz w:val="20"/>
        </w:rPr>
        <w:t>Delivery Instructions:</w:t>
      </w:r>
    </w:p>
    <w:p>
      <w:r>
        <w:rPr>
          <w:b w:val="0"/>
          <w:sz w:val="20"/>
        </w:rPr>
        <w:t>Please deliver the requested records in the following manner (check one):</w:t>
      </w:r>
    </w:p>
    <w:p>
      <w:r>
        <w:rPr>
          <w:b w:val="0"/>
          <w:sz w:val="20"/>
        </w:rPr>
        <w:t>[ ] Mail hard copies to my address listed above.</w:t>
      </w:r>
    </w:p>
    <w:p>
      <w:r>
        <w:rPr>
          <w:b w:val="0"/>
          <w:sz w:val="20"/>
        </w:rPr>
        <w:t>[ ] Send electronic copies to the following secure email address: __________________________________________________</w:t>
      </w:r>
    </w:p>
    <w:p>
      <w:r>
        <w:rPr>
          <w:b w:val="0"/>
          <w:sz w:val="20"/>
        </w:rPr>
        <w:t>[ ] Other (please specify): __________________________________________________</w:t>
      </w:r>
    </w:p>
    <w:p/>
    <w:p>
      <w:r>
        <w:rPr>
          <w:b/>
          <w:sz w:val="20"/>
        </w:rPr>
        <w:t>Authorization:</w:t>
      </w:r>
    </w:p>
    <w:p>
      <w:r>
        <w:rPr>
          <w:b w:val="0"/>
          <w:sz w:val="20"/>
        </w:rPr>
        <w:t>I hereby authorize the release of my medical records as described above to myself or to a designated recipient as indicated. I understand that there may be fees associated with the copying and delivery of these records and that I am responsible for such fees as allowed by law.</w:t>
      </w:r>
    </w:p>
    <w:p/>
    <w:p>
      <w:r>
        <w:rPr>
          <w:b/>
          <w:sz w:val="20"/>
        </w:rPr>
        <w:t>Confidentiality and Legal Compliance:</w:t>
      </w:r>
    </w:p>
    <w:p>
      <w:r>
        <w:rPr>
          <w:b w:val="0"/>
          <w:sz w:val="20"/>
        </w:rPr>
        <w:t>This request is made to facilitate continuity of my medical care and is compliant with HIPAA regulations as well as applicable state laws governing the release and protection of personal health information. Your timely processing of this request is appreciated.</w:t>
      </w:r>
    </w:p>
    <w:p/>
    <w:p>
      <w:r>
        <w:rPr>
          <w:b/>
          <w:sz w:val="20"/>
        </w:rPr>
        <w:t>Signature:</w:t>
      </w:r>
    </w:p>
    <w:p>
      <w:r>
        <w:rPr>
          <w:b w:val="0"/>
          <w:sz w:val="20"/>
        </w:rPr>
        <w:t>I certify that I am the patient named above or am authorized to act on behalf of the patient. I understand that my signature authorizes the release of my medical records as described.</w:t>
      </w:r>
    </w:p>
    <w:p/>
    <w:p>
      <w:r>
        <w:rPr>
          <w:b w:val="0"/>
          <w:sz w:val="20"/>
        </w:rPr>
        <w:t>Signature: _____________________________________________</w:t>
      </w:r>
    </w:p>
    <w:p>
      <w:r>
        <w:rPr>
          <w:b w:val="0"/>
          <w:sz w:val="20"/>
        </w:rPr>
        <w:t>Print Name: ___________________________________________</w:t>
      </w:r>
    </w:p>
    <w:p>
      <w:r>
        <w:rPr>
          <w:b w:val="0"/>
          <w:sz w:val="20"/>
        </w:rPr>
        <w:t>Relationship to Patient (if not patient): ________________</w:t>
      </w:r>
    </w:p>
    <w:p/>
    <w:p>
      <w:r>
        <w:rPr>
          <w:b w:val="0"/>
          <w:sz w:val="20"/>
        </w:rPr>
        <w:t>Date: ___________________________</w:t>
      </w:r>
    </w:p>
    <w:p/>
    <w:p/>
    <w:p>
      <w:r>
        <w:rPr>
          <w:b/>
          <w:sz w:val="20"/>
        </w:rPr>
        <w:t>Witness/Notary (optional):</w:t>
      </w:r>
    </w:p>
    <w:p>
      <w:r>
        <w:rPr>
          <w:b w:val="0"/>
          <w:sz w:val="20"/>
        </w:rPr>
        <w:t>Signature: _____________________________________________</w:t>
      </w:r>
    </w:p>
    <w:p>
      <w:r>
        <w:rPr>
          <w:b w:val="0"/>
          <w:sz w:val="20"/>
        </w:rPr>
        <w:t>Print Name: ___________________________________________</w:t>
      </w:r>
    </w:p>
    <w:p>
      <w:r>
        <w:rPr>
          <w:b w:val="0"/>
          <w:sz w:val="20"/>
        </w:rPr>
        <w:t>Date: ___________________________</w:t>
      </w:r>
    </w:p>
    <w:p>
      <w:r>
        <w:rPr>
          <w:b w:val="0"/>
          <w:sz w:val="20"/>
        </w:rPr>
        <w:t>Commission Expires: ____________________________________</w:t>
      </w:r>
    </w:p>
    <w:p/>
    <w:p/>
    <w:p>
      <w:r>
        <w:rPr>
          <w:b w:val="0"/>
          <w:sz w:val="20"/>
        </w:rPr>
        <w:t>If you have any questions regarding this request, please contact me at the phone number or email address listed above.</w:t>
      </w:r>
    </w:p>
    <w:p/>
    <w:p/>
    <w:p/>
    <w:p>
      <w:r>
        <w:rPr>
          <w:b w:val="0"/>
          <w:sz w:val="20"/>
        </w:rPr>
        <w:t>Thank you for your prompt attention to this matter.</w:t>
      </w:r>
    </w:p>
    <w:p/>
    <w:p/>
    <w:p/>
    <w:p>
      <w:r>
        <w:rPr>
          <w:b w:val="0"/>
          <w:sz w:val="20"/>
        </w:rPr>
        <w:t>Sincerely,</w:t>
      </w:r>
    </w:p>
    <w:p/>
    <w:p/>
    <w:p/>
    <w:p>
      <w:r>
        <w:rPr>
          <w:b w:val="0"/>
          <w:sz w:val="20"/>
        </w:rPr>
        <w:t>______________________________________________________________</w:t>
      </w:r>
    </w:p>
    <w:p>
      <w:r>
        <w:rPr>
          <w:b w:val="0"/>
          <w:sz w:val="20"/>
        </w:rPr>
        <w:t>Patient's Printed Name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 / Authorized Person</w:t>
            </w:r>
          </w:p>
        </w:tc>
        <w:tc>
          <w:tcPr>
            <w:tcW w:type="dxa" w:w="4986"/>
            <w:tcBorders>
              <w:top w:val="nil"/>
              <w:left w:val="nil"/>
              <w:bottom w:val="nil"/>
              <w:right w:val="nil"/>
              <w:insideH w:val="nil"/>
              <w:insideV w:val="nil"/>
            </w:tcBorders>
          </w:tcPr>
          <w:p>
            <w:pPr>
              <w:jc w:val="center"/>
            </w:pPr>
            <w:r>
              <w:t>Witness / Notary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https://letterdocs-us.com/medical-records-request-letter/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medical-records-reques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