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MEDICAL CLEARANCE LETTER</w:t>
      </w:r>
    </w:p>
    <w:p/>
    <w:p/>
    <w:p>
      <w:r>
        <w:rPr>
          <w:b/>
          <w:sz w:val="20"/>
        </w:rPr>
        <w:t>Patient Information:</w:t>
      </w:r>
    </w:p>
    <w:p>
      <w:r>
        <w:rPr>
          <w:b w:val="0"/>
          <w:sz w:val="20"/>
        </w:rPr>
        <w:t>Full Name: ____________________________________________________________</w:t>
      </w:r>
    </w:p>
    <w:p>
      <w:r>
        <w:rPr>
          <w:b w:val="0"/>
          <w:sz w:val="20"/>
        </w:rPr>
        <w:t>Date of Birth: _________________________________________________________</w:t>
      </w:r>
    </w:p>
    <w:p>
      <w:r>
        <w:rPr>
          <w:b w:val="0"/>
          <w:sz w:val="20"/>
        </w:rPr>
        <w:t>Address: _______________________________________________________________</w:t>
      </w:r>
    </w:p>
    <w:p>
      <w:r>
        <w:rPr>
          <w:b w:val="0"/>
          <w:sz w:val="20"/>
        </w:rPr>
        <w:t>Phone Number: _________________________________________________________</w:t>
      </w:r>
    </w:p>
    <w:p>
      <w:r>
        <w:rPr>
          <w:b w:val="0"/>
          <w:sz w:val="20"/>
        </w:rPr>
        <w:t>Email: _________________________________________________________________</w:t>
      </w:r>
    </w:p>
    <w:p/>
    <w:p>
      <w:r>
        <w:rPr>
          <w:b/>
          <w:sz w:val="20"/>
        </w:rPr>
        <w:t>Medical Provider Information:</w:t>
      </w:r>
    </w:p>
    <w:p>
      <w:r>
        <w:rPr>
          <w:b w:val="0"/>
          <w:sz w:val="20"/>
        </w:rPr>
        <w:t>Provider Name: ________________________________________________________</w:t>
      </w:r>
    </w:p>
    <w:p>
      <w:r>
        <w:rPr>
          <w:b w:val="0"/>
          <w:sz w:val="20"/>
        </w:rPr>
        <w:t>Medical License Number: ________________________________________________</w:t>
      </w:r>
    </w:p>
    <w:p>
      <w:r>
        <w:rPr>
          <w:b w:val="0"/>
          <w:sz w:val="20"/>
        </w:rPr>
        <w:t>Practice Name / Facility: _______________________________________________</w:t>
      </w:r>
    </w:p>
    <w:p>
      <w:r>
        <w:rPr>
          <w:b w:val="0"/>
          <w:sz w:val="20"/>
        </w:rPr>
        <w:t>Address: _______________________________________________________________</w:t>
      </w:r>
    </w:p>
    <w:p>
      <w:r>
        <w:rPr>
          <w:b w:val="0"/>
          <w:sz w:val="20"/>
        </w:rPr>
        <w:t>Phone Number: _________________________________________________________</w:t>
      </w:r>
    </w:p>
    <w:p>
      <w:r>
        <w:rPr>
          <w:b w:val="0"/>
          <w:sz w:val="20"/>
        </w:rPr>
        <w:t>Email: _________________________________________________________________</w:t>
      </w:r>
    </w:p>
    <w:p/>
    <w:p>
      <w:r>
        <w:rPr>
          <w:b/>
          <w:sz w:val="20"/>
        </w:rPr>
        <w:t>Examination Details:</w:t>
      </w:r>
    </w:p>
    <w:p>
      <w:r>
        <w:rPr>
          <w:b w:val="0"/>
          <w:sz w:val="20"/>
        </w:rPr>
        <w:t>Purpose of Examination: _________________________________________________</w:t>
      </w:r>
    </w:p>
    <w:p>
      <w:r>
        <w:rPr>
          <w:b w:val="0"/>
          <w:sz w:val="20"/>
        </w:rPr>
        <w:t>Type of Examination: ___________________________________________________</w:t>
      </w:r>
    </w:p>
    <w:p>
      <w:r>
        <w:rPr>
          <w:b w:val="0"/>
          <w:sz w:val="20"/>
        </w:rPr>
        <w:t>Summary of Medical History: ______________________________________________</w:t>
      </w:r>
    </w:p>
    <w:p>
      <w:r>
        <w:rPr>
          <w:b w:val="0"/>
          <w:sz w:val="20"/>
        </w:rPr>
        <w:t>Date(s) of Examination: _________________________________________________</w:t>
      </w:r>
    </w:p>
    <w:p>
      <w:r>
        <w:rPr>
          <w:b w:val="0"/>
          <w:sz w:val="20"/>
        </w:rPr>
        <w:t>Tests and Procedures Conducted: _________________________________________</w:t>
      </w:r>
    </w:p>
    <w:p/>
    <w:p>
      <w:r>
        <w:rPr>
          <w:b/>
          <w:sz w:val="20"/>
        </w:rPr>
        <w:t>Medical Clearance Statement:</w:t>
      </w:r>
    </w:p>
    <w:p>
      <w:r>
        <w:rPr>
          <w:b w:val="0"/>
          <w:sz w:val="20"/>
        </w:rPr>
        <w:t>Based on the comprehensive medical evaluation conducted, including history, physical examination, and any requisite diagnostic tests, it is my professional opinion that the above-named patient is medically fit to participate in the specified activities or duties as indicated in this letter.</w:t>
      </w:r>
    </w:p>
    <w:p>
      <w:r>
        <w:rPr>
          <w:b w:val="0"/>
          <w:sz w:val="20"/>
        </w:rPr>
        <w:t>The patient has no known medical conditions or limitations that would contraindicate their participation or pose a risk to themselves or others under normal circumstances related to the stated purpose.</w:t>
      </w:r>
    </w:p>
    <w:p>
      <w:r>
        <w:rPr>
          <w:b w:val="0"/>
          <w:sz w:val="20"/>
        </w:rPr>
        <w:t>This clearance is provided in accordance with the applicable standards of care and is valid unless otherwise indicated or until superseded by subsequent examination or medical event.</w:t>
      </w:r>
    </w:p>
    <w:p/>
    <w:p>
      <w:r>
        <w:rPr>
          <w:b/>
          <w:sz w:val="20"/>
        </w:rPr>
        <w:t>Restrictions and Recommendations:</w:t>
      </w:r>
    </w:p>
    <w:p>
      <w:r>
        <w:rPr>
          <w:b w:val="0"/>
          <w:sz w:val="20"/>
        </w:rPr>
        <w:t>If applicable, the following restrictions or accommodations are recommended to ensure the patient’s safety and well-being:</w:t>
      </w:r>
    </w:p>
    <w:p>
      <w:r>
        <w:rPr>
          <w:b w:val="0"/>
          <w:sz w:val="20"/>
        </w:rPr>
        <w:t>- ______________________________________________________________</w:t>
      </w:r>
    </w:p>
    <w:p>
      <w:r>
        <w:rPr>
          <w:b w:val="0"/>
          <w:sz w:val="20"/>
        </w:rPr>
        <w:t>- ______________________________________________________________</w:t>
      </w:r>
    </w:p>
    <w:p>
      <w:r>
        <w:rPr>
          <w:b w:val="0"/>
          <w:sz w:val="20"/>
        </w:rPr>
        <w:t>- ______________________________________________________________</w:t>
      </w:r>
    </w:p>
    <w:p/>
    <w:p>
      <w:r>
        <w:rPr>
          <w:b/>
          <w:sz w:val="20"/>
        </w:rPr>
        <w:t>Confidentiality and Consent:</w:t>
      </w:r>
    </w:p>
    <w:p>
      <w:r>
        <w:rPr>
          <w:b w:val="0"/>
          <w:sz w:val="20"/>
        </w:rPr>
        <w:t>This medical clearance letter contains confidential information intended solely for the use of the patient and the authorized recipient(s). Unauthorized disclosure or distribution is prohibited.</w:t>
      </w:r>
    </w:p>
    <w:p>
      <w:r>
        <w:rPr>
          <w:b w:val="0"/>
          <w:sz w:val="20"/>
        </w:rPr>
        <w:t>The patient has provided informed consent for the release of this medical information for the purposes stated herein.</w:t>
      </w:r>
    </w:p>
    <w:p/>
    <w:p>
      <w:r>
        <w:rPr>
          <w:b/>
          <w:sz w:val="20"/>
        </w:rPr>
        <w:t>Liability Disclaimer:</w:t>
      </w:r>
    </w:p>
    <w:p>
      <w:r>
        <w:rPr>
          <w:b w:val="0"/>
          <w:sz w:val="20"/>
        </w:rPr>
        <w:t>This clearance is based on the information available at the time of examination and does not guarantee future health status or outcomes. The medical provider is not liable for any adverse events occurring after the issuance of this letter that are outside the scope of the current evaluation.</w:t>
      </w:r>
    </w:p>
    <w:p/>
    <w:p>
      <w:r>
        <w:rPr>
          <w:b/>
          <w:sz w:val="20"/>
        </w:rPr>
        <w:t>Legal Compliance:</w:t>
      </w:r>
    </w:p>
    <w:p>
      <w:r>
        <w:rPr>
          <w:b w:val="0"/>
          <w:sz w:val="20"/>
        </w:rPr>
        <w:t>This letter has been prepared and issued in compliance with all applicable federal and state laws, including the Health Insurance Portability and Accountability Act (HIPAA), and adheres to professional medical standards and ethical guidelines.</w:t>
      </w:r>
    </w:p>
    <w:p/>
    <w:p/>
    <w:p>
      <w:r>
        <w:rPr>
          <w:b w:val="0"/>
          <w:sz w:val="20"/>
        </w:rPr>
        <w:t>Location of Issuance: ________________________________________________</w:t>
      </w:r>
    </w:p>
    <w:p>
      <w:r>
        <w:rPr>
          <w:b w:val="0"/>
          <w:sz w:val="20"/>
        </w:rPr>
        <w:t>Date of Issuance: 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Medical Provider</w:t>
            </w:r>
          </w:p>
        </w:tc>
        <w:tc>
          <w:tcPr>
            <w:tcW w:type="dxa" w:w="4986"/>
            <w:tcBorders>
              <w:top w:val="nil"/>
              <w:left w:val="nil"/>
              <w:bottom w:val="nil"/>
              <w:right w:val="nil"/>
              <w:insideH w:val="nil"/>
              <w:insideV w:val="nil"/>
            </w:tcBorders>
          </w:tcPr>
          <w:p>
            <w:pPr>
              <w:jc w:val="center"/>
            </w:pPr>
            <w:r>
              <w:t>Patient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https://letterdocs-us.com/medical-clearance-letter/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https://letterdocs-us.com</w:t>
        </w:r>
      </w:hyperlink>
    </w:p>
    <w:p>
      <w:pPr>
        <w:jc w:val="center"/>
      </w:pPr>
      <w:r>
        <w:rPr>
          <w:color w:val="808080"/>
          <w:sz w:val="20"/>
        </w:rPr>
        <w:t>This template is intended exclusively for personal, non-commercial use.</w:t>
        <w:br/>
        <w:t>If distributed or published, the source must be mentioned. © letterdocs-us.com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docs-us.com/medical-clearance-letter/" TargetMode="External"/><Relationship Id="rId10" Type="http://schemas.openxmlformats.org/officeDocument/2006/relationships/hyperlink" Target="https://letterdocs-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