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DISPUTE LETTER</w:t>
      </w:r>
    </w:p>
    <w:p/>
    <w:p/>
    <w:p>
      <w:r>
        <w:rPr>
          <w:b/>
          <w:sz w:val="20"/>
        </w:rPr>
        <w:t>To:</w:t>
      </w:r>
    </w:p>
    <w:p>
      <w:r>
        <w:rPr>
          <w:b w:val="0"/>
          <w:sz w:val="20"/>
        </w:rPr>
        <w:t>LexisNexis Consumer Center</w:t>
      </w:r>
    </w:p>
    <w:p>
      <w:r>
        <w:rPr>
          <w:b w:val="0"/>
          <w:sz w:val="20"/>
        </w:rPr>
        <w:t>Attn: Dispute Department</w:t>
      </w:r>
    </w:p>
    <w:p>
      <w:r>
        <w:rPr>
          <w:b w:val="0"/>
          <w:sz w:val="20"/>
        </w:rPr>
        <w:t>P.O. Box 105108</w:t>
      </w:r>
    </w:p>
    <w:p>
      <w:r>
        <w:rPr>
          <w:b w:val="0"/>
          <w:sz w:val="20"/>
        </w:rPr>
        <w:t>Atlanta, GA 30348-5108</w:t>
      </w:r>
    </w:p>
    <w:p/>
    <w:p/>
    <w:p>
      <w:r>
        <w:rPr>
          <w:b/>
          <w:sz w:val="20"/>
        </w:rPr>
        <w:t>From:</w:t>
      </w:r>
    </w:p>
    <w:p>
      <w:r>
        <w:rPr>
          <w:b w:val="0"/>
          <w:sz w:val="20"/>
        </w:rPr>
        <w:t>Full Name: ________________________________________________</w:t>
      </w:r>
    </w:p>
    <w:p>
      <w:r>
        <w:rPr>
          <w:b w:val="0"/>
          <w:sz w:val="20"/>
        </w:rPr>
        <w:t>Address: _________________________________________________</w:t>
      </w:r>
    </w:p>
    <w:p>
      <w:r>
        <w:rPr>
          <w:b w:val="0"/>
          <w:sz w:val="20"/>
        </w:rPr>
        <w:t>City, State, ZIP: __________________________________________</w:t>
      </w:r>
    </w:p>
    <w:p>
      <w:r>
        <w:rPr>
          <w:b w:val="0"/>
          <w:sz w:val="20"/>
        </w:rPr>
        <w:t>Phone Number: ____________________________________________</w:t>
      </w:r>
    </w:p>
    <w:p>
      <w:r>
        <w:rPr>
          <w:b w:val="0"/>
          <w:sz w:val="20"/>
        </w:rPr>
        <w:t>Email Address: ___________________________________________</w:t>
      </w:r>
    </w:p>
    <w:p/>
    <w:p/>
    <w:p>
      <w:r>
        <w:rPr>
          <w:b/>
          <w:sz w:val="20"/>
        </w:rPr>
        <w:t>Subject: Formal Dispute of Credit Report Information</w:t>
      </w:r>
    </w:p>
    <w:p/>
    <w:p/>
    <w:p>
      <w:r>
        <w:rPr>
          <w:b w:val="0"/>
          <w:sz w:val="20"/>
        </w:rPr>
        <w:t>Dear Sir or Madam,</w:t>
      </w:r>
    </w:p>
    <w:p/>
    <w:p>
      <w:r>
        <w:rPr>
          <w:b w:val="0"/>
          <w:sz w:val="20"/>
        </w:rPr>
        <w:t>I am writing to formally dispute certain information contained in my consumer credit report maintained by LexisNexis. Pursuant to my rights under the Fair Credit Reporting Act (FCRA), 15 U.S.C. §§ 1681 et seq., I request an immediate investigation into the accuracy and completeness of the following item(s).</w:t>
      </w:r>
    </w:p>
    <w:p/>
    <w:p/>
    <w:p>
      <w:r>
        <w:rPr>
          <w:b/>
          <w:sz w:val="20"/>
        </w:rPr>
        <w:t>Disputed Information:</w:t>
      </w:r>
    </w:p>
    <w:p>
      <w:r>
        <w:rPr>
          <w:b w:val="0"/>
          <w:sz w:val="20"/>
        </w:rPr>
        <w:t>Creditor/Source: ___________________________________________</w:t>
      </w:r>
    </w:p>
    <w:p>
      <w:r>
        <w:rPr>
          <w:b w:val="0"/>
          <w:sz w:val="20"/>
        </w:rPr>
        <w:t>Account Number/Reference: __________________________________</w:t>
      </w:r>
    </w:p>
    <w:p>
      <w:r>
        <w:rPr>
          <w:b w:val="0"/>
          <w:sz w:val="20"/>
        </w:rPr>
        <w:t>Type of Information Disputed: ______________________________</w:t>
      </w:r>
    </w:p>
    <w:p>
      <w:r>
        <w:rPr>
          <w:b w:val="0"/>
          <w:sz w:val="20"/>
        </w:rPr>
        <w:t>Reason for Dispute: ________________________________________</w:t>
      </w:r>
    </w:p>
    <w:p>
      <w:r>
        <w:rPr>
          <w:b w:val="0"/>
          <w:sz w:val="20"/>
        </w:rPr>
        <w:t>___________________________________________________________</w:t>
      </w:r>
    </w:p>
    <w:p/>
    <w:p/>
    <w:p>
      <w:r>
        <w:rPr>
          <w:b/>
          <w:sz w:val="20"/>
        </w:rPr>
        <w:t>Supporting Details:</w:t>
      </w:r>
    </w:p>
    <w:p>
      <w:r>
        <w:rPr>
          <w:b w:val="0"/>
          <w:sz w:val="20"/>
        </w:rPr>
        <w:t>Please find enclosed copies of documents supporting my position. I request that LexisNexis review the enclosed documentation and correct or remove any inaccurate, incomplete, or unverifiable information from my credit report.</w:t>
      </w:r>
    </w:p>
    <w:p/>
    <w:p/>
    <w:p>
      <w:r>
        <w:rPr>
          <w:b/>
          <w:sz w:val="20"/>
        </w:rPr>
        <w:t>Request for Action:</w:t>
      </w:r>
    </w:p>
    <w:p>
      <w:r>
        <w:rPr>
          <w:b w:val="0"/>
          <w:sz w:val="20"/>
        </w:rPr>
        <w:t>I hereby request that LexisNexis:</w:t>
      </w:r>
    </w:p>
    <w:p>
      <w:r>
        <w:rPr>
          <w:b w:val="0"/>
          <w:sz w:val="20"/>
        </w:rPr>
        <w:t>1. Conduct a reasonable reinvestigation of the disputed information.</w:t>
      </w:r>
    </w:p>
    <w:p>
      <w:r>
        <w:rPr>
          <w:b w:val="0"/>
          <w:sz w:val="20"/>
        </w:rPr>
        <w:t>2. Promptly delete or correct any inaccurate or unverifiable information found.</w:t>
      </w:r>
    </w:p>
    <w:p>
      <w:r>
        <w:rPr>
          <w:b w:val="0"/>
          <w:sz w:val="20"/>
        </w:rPr>
        <w:t>3. Provide me with a written statement of the results of the investigation.</w:t>
      </w:r>
    </w:p>
    <w:p>
      <w:r>
        <w:rPr>
          <w:b w:val="0"/>
          <w:sz w:val="20"/>
        </w:rPr>
        <w:t>4. Send an updated copy of my credit report reflecting any changes made.</w:t>
      </w:r>
    </w:p>
    <w:p/>
    <w:p/>
    <w:p>
      <w:r>
        <w:rPr>
          <w:b/>
          <w:sz w:val="20"/>
        </w:rPr>
        <w:t>Legal Rights and Consequences:</w:t>
      </w:r>
    </w:p>
    <w:p>
      <w:r>
        <w:rPr>
          <w:b w:val="0"/>
          <w:sz w:val="20"/>
        </w:rPr>
        <w:t>Under the Fair Credit Reporting Act, LexisNexis must complete the reinvestigation within 30 days of receipt of this letter. Failure to comply with these requirements may result in legal action. Please be advised that inaccuracies adversely affect my creditworthiness and may cause damages for which I reserve all rights.</w:t>
      </w:r>
    </w:p>
    <w:p/>
    <w:p/>
    <w:p>
      <w:r>
        <w:rPr>
          <w:b/>
          <w:sz w:val="20"/>
        </w:rPr>
        <w:t>Confidentiality and Privacy:</w:t>
      </w:r>
    </w:p>
    <w:p>
      <w:r>
        <w:rPr>
          <w:b w:val="0"/>
          <w:sz w:val="20"/>
        </w:rPr>
        <w:t>Please ensure that all information exchanged regarding this dispute is handled in compliance with applicable privacy laws and regulations.</w:t>
      </w:r>
    </w:p>
    <w:p/>
    <w:p/>
    <w:p>
      <w:r>
        <w:rPr>
          <w:b w:val="0"/>
          <w:sz w:val="20"/>
        </w:rPr>
        <w:t>Thank you for your prompt attention to this serious matter. Please confirm receipt of this dispute letter and inform me of any additional information you require to complete your investigation.</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Signature: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Contact Phone: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https://letterdocs-us.com/lexisnexis-dispute-letter/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xisnexis-disput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