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0"/>
        </w:rPr>
        <w:t>Sender's Name: _________________________________________________</w:t>
      </w:r>
    </w:p>
    <w:p>
      <w:r>
        <w:rPr>
          <w:b w:val="0"/>
          <w:sz w:val="20"/>
        </w:rPr>
        <w:t>Sender's Address: _______________________________________________</w:t>
      </w:r>
    </w:p>
    <w:p>
      <w:r>
        <w:rPr>
          <w:b w:val="0"/>
          <w:sz w:val="20"/>
        </w:rPr>
        <w:t>City, State ZIP Code: ___________________________________________</w:t>
      </w:r>
    </w:p>
    <w:p>
      <w:r>
        <w:rPr>
          <w:b w:val="0"/>
          <w:sz w:val="20"/>
        </w:rPr>
        <w:t>Phone Number: _________________________________________________</w:t>
      </w:r>
    </w:p>
    <w:p>
      <w:r>
        <w:rPr>
          <w:b w:val="0"/>
          <w:sz w:val="20"/>
        </w:rPr>
        <w:t>Social Security Number: ________________________________________</w:t>
      </w:r>
    </w:p>
    <w:p/>
    <w:p/>
    <w:p>
      <w:r>
        <w:rPr>
          <w:b w:val="0"/>
          <w:sz w:val="20"/>
        </w:rPr>
        <w:t>Social Security Administration</w:t>
      </w:r>
    </w:p>
    <w:p>
      <w:r>
        <w:rPr>
          <w:b w:val="0"/>
          <w:sz w:val="20"/>
        </w:rPr>
        <w:t>Office Address:</w:t>
      </w:r>
    </w:p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_____________________________________________</w:t>
      </w:r>
    </w:p>
    <w:p/>
    <w:p/>
    <w:p>
      <w:r>
        <w:rPr>
          <w:b/>
          <w:sz w:val="20"/>
        </w:rPr>
        <w:t>Subject: Request for Social Security Records / Benefits Information</w:t>
      </w:r>
    </w:p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to formally request information and assistance regarding my Social Security records and benefits. Please consider this letter as a formal request pursuant to applicable United States federal laws governing access to Social Security Administration (SSA) records.</w:t>
      </w:r>
    </w:p>
    <w:p/>
    <w:p>
      <w:r>
        <w:rPr>
          <w:b/>
          <w:sz w:val="20"/>
        </w:rPr>
        <w:t>To assist you in locating my records, I provide the following details: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Social Security Number: ________________________________________________</w:t>
      </w:r>
    </w:p>
    <w:p>
      <w:r>
        <w:rPr>
          <w:b w:val="0"/>
          <w:sz w:val="20"/>
        </w:rPr>
        <w:t>Current Address: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/>
    <w:p>
      <w:r>
        <w:rPr>
          <w:b/>
          <w:sz w:val="20"/>
        </w:rPr>
        <w:t>Request Details:</w:t>
      </w:r>
    </w:p>
    <w:p>
      <w:r>
        <w:rPr>
          <w:b w:val="0"/>
          <w:sz w:val="20"/>
        </w:rPr>
        <w:t>I hereby request the following information and/or services from the Social Security Administration:</w:t>
      </w:r>
    </w:p>
    <w:p>
      <w:r>
        <w:rPr>
          <w:b w:val="0"/>
          <w:sz w:val="20"/>
        </w:rPr>
        <w:t>1. A complete record of my earnings as reported to the SSA.</w:t>
      </w:r>
    </w:p>
    <w:p>
      <w:r>
        <w:rPr>
          <w:b w:val="0"/>
          <w:sz w:val="20"/>
        </w:rPr>
        <w:t>2. Verification of my eligibility and status regarding Social Security benefits.</w:t>
      </w:r>
    </w:p>
    <w:p>
      <w:r>
        <w:rPr>
          <w:b w:val="0"/>
          <w:sz w:val="20"/>
        </w:rPr>
        <w:t>3. Detailed information on any benefits payable to me, including retirement, disability, or survivors benefits.</w:t>
      </w:r>
    </w:p>
    <w:p>
      <w:r>
        <w:rPr>
          <w:b w:val="0"/>
          <w:sz w:val="20"/>
        </w:rPr>
        <w:t>4. Clarification or correction of any discrepancies in my SSA records, if applicable.</w:t>
      </w:r>
    </w:p>
    <w:p/>
    <w:p>
      <w:r>
        <w:rPr>
          <w:b/>
          <w:sz w:val="20"/>
        </w:rPr>
        <w:t>Legal Authority and Compliance:</w:t>
      </w:r>
    </w:p>
    <w:p>
      <w:r>
        <w:rPr>
          <w:b w:val="0"/>
          <w:sz w:val="20"/>
        </w:rPr>
        <w:t>I understand that the Social Security Administration is authorized to release such information in accordance with the Privacy Act of 1974, 5 U.S.C. § 552a, and other relevant federal statutes and regulations. I certify that the information provided above is accurate and complete to the best of my knowledge. I understand that any false statements or misrepresentations may subject me to penalties under federal law.</w:t>
      </w:r>
    </w:p>
    <w:p/>
    <w:p>
      <w:r>
        <w:rPr>
          <w:b/>
          <w:sz w:val="20"/>
        </w:rPr>
        <w:t>Additional Documentation:</w:t>
      </w:r>
    </w:p>
    <w:p>
      <w:r>
        <w:rPr>
          <w:b w:val="0"/>
          <w:sz w:val="20"/>
        </w:rPr>
        <w:t>Should you require any additional documentation or verification, please inform me at your earliest convenience. I am prepared to provide any necessary identification or authorization forms to facilitate processing this request.</w:t>
      </w:r>
    </w:p>
    <w:p/>
    <w:p>
      <w:r>
        <w:rPr>
          <w:b/>
          <w:sz w:val="20"/>
        </w:rPr>
        <w:t>Confidentiality:</w:t>
      </w:r>
    </w:p>
    <w:p>
      <w:r>
        <w:rPr>
          <w:b w:val="0"/>
          <w:sz w:val="20"/>
        </w:rPr>
        <w:t>Please ensure that all information provided in response to this request is handled in accordance with all applicable federal privacy laws and regulations, maintaining the confidentiality of my personal data.</w:t>
      </w:r>
    </w:p>
    <w:p/>
    <w:p>
      <w:r>
        <w:rPr>
          <w:b w:val="0"/>
          <w:sz w:val="20"/>
        </w:rPr>
        <w:t>Thank you for your prompt attention to this matter. I look forward to your timely response. Should you have any questions or require further information, please contact me at the telephone number provided above.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Signature: ____________________________________________</w:t>
      </w:r>
    </w:p>
    <w:p>
      <w:r>
        <w:rPr>
          <w:b w:val="0"/>
          <w:sz w:val="20"/>
        </w:rPr>
        <w:t>Printed Name: _________________________________________</w:t>
      </w:r>
    </w:p>
    <w:p>
      <w:r>
        <w:rPr>
          <w:b w:val="0"/>
          <w:sz w:val="20"/>
        </w:rPr>
        <w:t>Date: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Phone Contact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Email Contact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https://letterdocs-us.com/letter-to-social-security-administration/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to-social-security-administration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