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TO SELLER</w:t>
      </w:r>
    </w:p>
    <w:p/>
    <w:p/>
    <w:p>
      <w:r>
        <w:rPr>
          <w:b w:val="0"/>
          <w:sz w:val="20"/>
        </w:rPr>
        <w:t>Seller Name: ________________________________________________</w:t>
      </w:r>
    </w:p>
    <w:p>
      <w:r>
        <w:rPr>
          <w:b w:val="0"/>
          <w:sz w:val="20"/>
        </w:rPr>
        <w:t>Seller Address: ______________________________________________</w:t>
      </w:r>
    </w:p>
    <w:p>
      <w:r>
        <w:rPr>
          <w:b w:val="0"/>
          <w:sz w:val="20"/>
        </w:rPr>
        <w:t>City, State, Zip Code: _______________________________________</w:t>
      </w:r>
    </w:p>
    <w:p/>
    <w:p/>
    <w:p>
      <w:r>
        <w:rPr>
          <w:b w:val="0"/>
          <w:sz w:val="20"/>
        </w:rPr>
        <w:t>Buyer Name: _________________________________________________</w:t>
      </w:r>
    </w:p>
    <w:p>
      <w:r>
        <w:rPr>
          <w:b w:val="0"/>
          <w:sz w:val="20"/>
        </w:rPr>
        <w:t>Buyer Address: _______________________________________________</w:t>
      </w:r>
    </w:p>
    <w:p>
      <w:r>
        <w:rPr>
          <w:b w:val="0"/>
          <w:sz w:val="20"/>
        </w:rPr>
        <w:t>City, State, Zip Code: ________________________________________</w:t>
      </w:r>
    </w:p>
    <w:p/>
    <w:p/>
    <w:p>
      <w:r>
        <w:rPr>
          <w:b/>
          <w:sz w:val="20"/>
        </w:rPr>
        <w:t>Subject: Notice of Intent to Purchase Vessel</w:t>
      </w:r>
    </w:p>
    <w:p/>
    <w:p/>
    <w:p>
      <w:r>
        <w:rPr>
          <w:b w:val="0"/>
          <w:sz w:val="20"/>
        </w:rPr>
        <w:t>Dear Seller,</w:t>
      </w:r>
    </w:p>
    <w:p/>
    <w:p>
      <w:r>
        <w:rPr>
          <w:b w:val="0"/>
          <w:sz w:val="20"/>
        </w:rPr>
        <w:t>This letter serves as a formal notice of my intent to purchase the vessel described herein, subject to the terms and conditions outlined below. This letter constitutes an offer to enter into a binding agreement for the purchase of the vessel, contingent upon satisfactory completion of due diligence, inspection, and mutual agreement on the final sales contract.</w:t>
      </w:r>
    </w:p>
    <w:p/>
    <w:p>
      <w:r>
        <w:rPr>
          <w:b/>
          <w:sz w:val="20"/>
        </w:rPr>
        <w:t>Vessel Description:</w:t>
      </w:r>
    </w:p>
    <w:p>
      <w:r>
        <w:rPr>
          <w:b w:val="0"/>
          <w:sz w:val="20"/>
        </w:rPr>
        <w:t>Make/Model: _______________________________________________</w:t>
      </w:r>
    </w:p>
    <w:p>
      <w:r>
        <w:rPr>
          <w:b w:val="0"/>
          <w:sz w:val="20"/>
        </w:rPr>
        <w:t>Year of Manufacture: _______________________________________</w:t>
      </w:r>
    </w:p>
    <w:p>
      <w:r>
        <w:rPr>
          <w:b w:val="0"/>
          <w:sz w:val="20"/>
        </w:rPr>
        <w:t>Hull Identification Number (HIN): __________________________</w:t>
      </w:r>
    </w:p>
    <w:p>
      <w:r>
        <w:rPr>
          <w:b w:val="0"/>
          <w:sz w:val="20"/>
        </w:rPr>
        <w:t>Length: ___________________   Beam: _______________________</w:t>
      </w:r>
    </w:p>
    <w:p>
      <w:r>
        <w:rPr>
          <w:b w:val="0"/>
          <w:sz w:val="20"/>
        </w:rPr>
        <w:t>Registration Number: _______________________________________</w:t>
      </w:r>
    </w:p>
    <w:p/>
    <w:p>
      <w:r>
        <w:rPr>
          <w:b/>
          <w:sz w:val="20"/>
        </w:rPr>
        <w:t>Purchase Price and Payment Terms:</w:t>
      </w:r>
    </w:p>
    <w:p>
      <w:r>
        <w:rPr>
          <w:b w:val="0"/>
          <w:sz w:val="20"/>
        </w:rPr>
        <w:t>Purchase Price: $__________________________</w:t>
      </w:r>
    </w:p>
    <w:p>
      <w:r>
        <w:rPr>
          <w:b w:val="0"/>
          <w:sz w:val="20"/>
        </w:rPr>
        <w:t>Payment Method: _______________________________________________</w:t>
      </w:r>
    </w:p>
    <w:p>
      <w:r>
        <w:rPr>
          <w:b w:val="0"/>
          <w:sz w:val="20"/>
        </w:rPr>
        <w:t>Deposit Amount (if applicable): $______________________________</w:t>
      </w:r>
    </w:p>
    <w:p>
      <w:r>
        <w:rPr>
          <w:b w:val="0"/>
          <w:sz w:val="20"/>
        </w:rPr>
        <w:t>Balance Due Upon Closing: $___________________________________</w:t>
      </w:r>
    </w:p>
    <w:p/>
    <w:p>
      <w:r>
        <w:rPr>
          <w:b/>
          <w:sz w:val="20"/>
        </w:rPr>
        <w:t>Inspection and Acceptance:</w:t>
      </w:r>
    </w:p>
    <w:p>
      <w:r>
        <w:rPr>
          <w:b w:val="0"/>
          <w:sz w:val="20"/>
        </w:rPr>
        <w:t>Buyer reserves the right to inspect the vessel thoroughly prior to the closing of the sale. The inspection shall include, but not be limited to, hull integrity, mechanical and electrical systems, safety equipment, and overall condition. Any material defects identified during the inspection may be grounds for renegotiation or withdrawal of this offer.</w:t>
      </w:r>
    </w:p>
    <w:p/>
    <w:p>
      <w:r>
        <w:rPr>
          <w:b/>
          <w:sz w:val="20"/>
        </w:rPr>
        <w:t>Title and Ownership:</w:t>
      </w:r>
    </w:p>
    <w:p>
      <w:r>
        <w:rPr>
          <w:b w:val="0"/>
          <w:sz w:val="20"/>
        </w:rPr>
        <w:t>Seller represents and warrants that they are the lawful owner of the vessel, free and clear of all liens, encumbrances, and claims. Title to the vessel shall be transferred to Buyer upon receipt of full payment, along with all related documents necessary for lawful ownership and operation.</w:t>
      </w:r>
    </w:p>
    <w:p/>
    <w:p>
      <w:r>
        <w:rPr>
          <w:b/>
          <w:sz w:val="20"/>
        </w:rPr>
        <w:t>Warranties and Disclaimers:</w:t>
      </w:r>
    </w:p>
    <w:p>
      <w:r>
        <w:rPr>
          <w:b w:val="0"/>
          <w:sz w:val="20"/>
        </w:rPr>
        <w:t>Seller makes no express or implied warranties except those expressly stated in the final sales agreement. The vessel is sold "AS IS" and "WHERE IS," except as otherwise expressly agreed in writing. Buyer acknowledges that the purchase is of a used vessel and assumes all risks associated with its condition except as otherwise provided by law.</w:t>
      </w:r>
    </w:p>
    <w:p/>
    <w:p>
      <w:r>
        <w:rPr>
          <w:b/>
          <w:sz w:val="20"/>
        </w:rPr>
        <w:t>Closing and Transfer of Possession:</w:t>
      </w:r>
    </w:p>
    <w:p>
      <w:r>
        <w:rPr>
          <w:b w:val="0"/>
          <w:sz w:val="20"/>
        </w:rPr>
        <w:t>The closing of the sale shall occur at a mutually agreed time and place. Upon closing, Buyer shall pay the remaining balance and Seller shall deliver possession of the vessel, along with all keys, manuals, certificates, and any related accessories.</w:t>
      </w:r>
    </w:p>
    <w:p/>
    <w:p>
      <w:r>
        <w:rPr>
          <w:b/>
          <w:sz w:val="20"/>
        </w:rPr>
        <w:t>Costs and Fees:</w:t>
      </w:r>
    </w:p>
    <w:p>
      <w:r>
        <w:rPr>
          <w:b w:val="0"/>
          <w:sz w:val="20"/>
        </w:rPr>
        <w:t>Buyer shall be responsible for all costs associated with registration, taxes, insurance, and title transfer fees, unless otherwise agreed. Any costs for inspections, surveys, or certifications requested by Buyer shall be borne by Buyer.</w:t>
      </w:r>
    </w:p>
    <w:p/>
    <w:p>
      <w:r>
        <w:rPr>
          <w:b/>
          <w:sz w:val="20"/>
        </w:rPr>
        <w:t>Governing Law and Jurisdiction:</w:t>
      </w:r>
    </w:p>
    <w:p>
      <w:r>
        <w:rPr>
          <w:b w:val="0"/>
          <w:sz w:val="20"/>
        </w:rPr>
        <w:t>This letter and any subsequent agreement arising from it shall be governed by and construed in accordance with the laws of the United States and the State where the vessel is located at closing. Any disputes arising under or related to this letter shall be subject to the exclusive jurisdiction of the courts located therein.</w:t>
      </w:r>
    </w:p>
    <w:p/>
    <w:p>
      <w:r>
        <w:rPr>
          <w:b/>
          <w:sz w:val="20"/>
        </w:rPr>
        <w:t>Entire Agreement:</w:t>
      </w:r>
    </w:p>
    <w:p>
      <w:r>
        <w:rPr>
          <w:b w:val="0"/>
          <w:sz w:val="20"/>
        </w:rPr>
        <w:t>This letter, together with any documents referenced herein, constitutes the entire agreement between Buyer and Seller regarding the subject matter and supersedes all prior negotiations, understandings, and agreements.</w:t>
      </w:r>
    </w:p>
    <w:p/>
    <w:p/>
    <w:p>
      <w:r>
        <w:rPr>
          <w:b w:val="0"/>
          <w:sz w:val="20"/>
        </w:rPr>
        <w:t>Please indicate your acceptance of this offer by signing below and returning a copy of this letter to Buyer.</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BUYER</w:t>
            </w:r>
          </w:p>
        </w:tc>
        <w:tc>
          <w:tcPr>
            <w:tcW w:type="dxa" w:w="4986"/>
            <w:tcBorders>
              <w:top w:val="nil"/>
              <w:left w:val="nil"/>
              <w:bottom w:val="nil"/>
              <w:right w:val="nil"/>
              <w:insideH w:val="nil"/>
              <w:insideV w:val="nil"/>
            </w:tcBorders>
          </w:tcPr>
          <w:p>
            <w:pPr>
              <w:jc w:val="center"/>
            </w:pPr>
            <w:r>
              <w:t>SELLER</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https://letterdocs-us.com/letter-to-seller/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to-sell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