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LETTER TO LEGISLATOR</w:t>
      </w:r>
    </w:p>
    <w:p/>
    <w:p/>
    <w:p>
      <w:r>
        <w:rPr>
          <w:b/>
          <w:sz w:val="20"/>
        </w:rPr>
        <w:t>Sender Information:</w:t>
      </w:r>
    </w:p>
    <w:p>
      <w:r>
        <w:rPr>
          <w:b w:val="0"/>
          <w:sz w:val="20"/>
        </w:rPr>
        <w:t>Full Name: ____________________________________________________________</w:t>
      </w:r>
    </w:p>
    <w:p>
      <w:r>
        <w:rPr>
          <w:b w:val="0"/>
          <w:sz w:val="20"/>
        </w:rPr>
        <w:t>Address: ______________________________________________________________</w:t>
      </w:r>
    </w:p>
    <w:p>
      <w:r>
        <w:rPr>
          <w:b w:val="0"/>
          <w:sz w:val="20"/>
        </w:rPr>
        <w:t>City, State, Zip Code: _________________________________________________</w:t>
      </w:r>
    </w:p>
    <w:p>
      <w:r>
        <w:rPr>
          <w:b w:val="0"/>
          <w:sz w:val="20"/>
        </w:rPr>
        <w:t>Email: ________________________________________________________________</w:t>
      </w:r>
    </w:p>
    <w:p>
      <w:r>
        <w:rPr>
          <w:b w:val="0"/>
          <w:sz w:val="20"/>
        </w:rPr>
        <w:t>Phone: ________________________________________________________________</w:t>
      </w:r>
    </w:p>
    <w:p/>
    <w:p/>
    <w:p>
      <w:r>
        <w:rPr>
          <w:b/>
          <w:sz w:val="20"/>
        </w:rPr>
        <w:t>Legislator Information:</w:t>
      </w:r>
    </w:p>
    <w:p>
      <w:r>
        <w:rPr>
          <w:b w:val="0"/>
          <w:sz w:val="20"/>
        </w:rPr>
        <w:t>Honorable: ____________________________________________________________</w:t>
      </w:r>
    </w:p>
    <w:p>
      <w:r>
        <w:rPr>
          <w:b w:val="0"/>
          <w:sz w:val="20"/>
        </w:rPr>
        <w:t>Office Address: _______________________________________________________</w:t>
      </w:r>
    </w:p>
    <w:p>
      <w:r>
        <w:rPr>
          <w:b w:val="0"/>
          <w:sz w:val="20"/>
        </w:rPr>
        <w:t>City, State, Zip Code: _________________________________________________</w:t>
      </w:r>
    </w:p>
    <w:p>
      <w:r>
        <w:rPr>
          <w:b w:val="0"/>
          <w:sz w:val="20"/>
        </w:rPr>
        <w:t>Email (if known): _____________________________________________________</w:t>
      </w:r>
    </w:p>
    <w:p/>
    <w:p/>
    <w:p>
      <w:r>
        <w:rPr>
          <w:b/>
          <w:sz w:val="20"/>
        </w:rPr>
        <w:t>Subject: _______________________________________________________________</w:t>
      </w:r>
    </w:p>
    <w:p/>
    <w:p/>
    <w:p>
      <w:r>
        <w:rPr>
          <w:b w:val="0"/>
          <w:sz w:val="20"/>
        </w:rPr>
        <w:t>Dear Honorable Legislator,</w:t>
      </w:r>
    </w:p>
    <w:p/>
    <w:p>
      <w:r>
        <w:rPr>
          <w:b w:val="0"/>
          <w:sz w:val="20"/>
        </w:rPr>
        <w:t>I am writing to you as a concerned constituent to express my position on the matter currently under consideration by the legislature. My intent is to provide you with relevant information and respectfully request your support or opposition regarding this important issue.</w:t>
      </w:r>
    </w:p>
    <w:p/>
    <w:p/>
    <w:p>
      <w:r>
        <w:rPr>
          <w:b/>
          <w:sz w:val="22"/>
        </w:rPr>
        <w:t>Issue Description:</w:t>
      </w:r>
    </w:p>
    <w:p>
      <w:r>
        <w:rPr>
          <w:b w:val="0"/>
          <w:sz w:val="20"/>
        </w:rPr>
        <w:t>Please consider the following points related to the legislation:</w:t>
      </w:r>
    </w:p>
    <w:p>
      <w:r>
        <w:rPr>
          <w:b w:val="0"/>
          <w:sz w:val="20"/>
        </w:rPr>
        <w:t>• _________________________________________________________________</w:t>
      </w:r>
    </w:p>
    <w:p>
      <w:r>
        <w:rPr>
          <w:b w:val="0"/>
          <w:sz w:val="20"/>
        </w:rPr>
        <w:t>• _________________________________________________________________</w:t>
      </w:r>
    </w:p>
    <w:p>
      <w:r>
        <w:rPr>
          <w:b w:val="0"/>
          <w:sz w:val="20"/>
        </w:rPr>
        <w:t>• _________________________________________________________________</w:t>
      </w:r>
    </w:p>
    <w:p/>
    <w:p>
      <w:r>
        <w:rPr>
          <w:b/>
          <w:sz w:val="22"/>
        </w:rPr>
        <w:t>Personal Impact:</w:t>
      </w:r>
    </w:p>
    <w:p>
      <w:r>
        <w:rPr>
          <w:b w:val="0"/>
          <w:sz w:val="20"/>
        </w:rPr>
        <w:t>This legislation affects me and my community in the following ways:</w:t>
      </w:r>
    </w:p>
    <w:p>
      <w:r>
        <w:rPr>
          <w:b w:val="0"/>
          <w:sz w:val="20"/>
        </w:rPr>
        <w:t>• _________________________________________________________________</w:t>
      </w:r>
    </w:p>
    <w:p>
      <w:r>
        <w:rPr>
          <w:b w:val="0"/>
          <w:sz w:val="20"/>
        </w:rPr>
        <w:t>• _________________________________________________________________</w:t>
      </w:r>
    </w:p>
    <w:p>
      <w:r>
        <w:rPr>
          <w:b w:val="0"/>
          <w:sz w:val="20"/>
        </w:rPr>
        <w:t>• _________________________________________________________________</w:t>
      </w:r>
    </w:p>
    <w:p/>
    <w:p>
      <w:r>
        <w:rPr>
          <w:b/>
          <w:sz w:val="22"/>
        </w:rPr>
        <w:t>Request for Action:</w:t>
      </w:r>
    </w:p>
    <w:p>
      <w:r>
        <w:rPr>
          <w:b w:val="0"/>
          <w:sz w:val="20"/>
        </w:rPr>
        <w:t>Based on the foregoing, I respectfully urge you to consider the following actions:</w:t>
      </w:r>
    </w:p>
    <w:p>
      <w:r>
        <w:rPr>
          <w:b w:val="0"/>
          <w:sz w:val="20"/>
        </w:rPr>
        <w:t>• Support the passage of the legislation.</w:t>
      </w:r>
    </w:p>
    <w:p>
      <w:r>
        <w:rPr>
          <w:b w:val="0"/>
          <w:sz w:val="20"/>
        </w:rPr>
        <w:t>• Oppose the proposed legislation.</w:t>
      </w:r>
    </w:p>
    <w:p>
      <w:r>
        <w:rPr>
          <w:b w:val="0"/>
          <w:sz w:val="20"/>
        </w:rPr>
        <w:t>• Amend the legislation to include specific changes: ____________________</w:t>
      </w:r>
    </w:p>
    <w:p/>
    <w:p/>
    <w:p>
      <w:r>
        <w:rPr>
          <w:b w:val="0"/>
          <w:sz w:val="20"/>
        </w:rPr>
        <w:t>Thank you for your time and attention to this matter. I appreciate your service and consideration of my views as your constituent.</w:t>
      </w:r>
    </w:p>
    <w:p/>
    <w:p/>
    <w:p>
      <w:r>
        <w:rPr>
          <w:b w:val="0"/>
          <w:sz w:val="20"/>
        </w:rPr>
        <w:t>Sincerely,</w:t>
      </w:r>
    </w:p>
    <w:p/>
    <w:p/>
    <w:p/>
    <w:p/>
    <w:p>
      <w:pPr>
        <w:jc w:val="center"/>
      </w:pPr>
      <w:r>
        <w:rPr>
          <w:b w:val="0"/>
          <w:sz w:val="20"/>
        </w:rPr>
        <w:t>_________________________________</w:t>
      </w:r>
    </w:p>
    <w:p>
      <w:pPr>
        <w:jc w:val="center"/>
      </w:pPr>
      <w:r>
        <w:rPr>
          <w:b w:val="0"/>
          <w:sz w:val="20"/>
        </w:rPr>
        <w:t>Signature</w:t>
      </w:r>
    </w:p>
    <w:p/>
    <w:p>
      <w:r>
        <w:rPr>
          <w:b w:val="0"/>
          <w:sz w:val="20"/>
        </w:rPr>
        <w:t>Printed Name: _______________________________________________________</w:t>
      </w:r>
    </w:p>
    <w:p>
      <w:r>
        <w:rPr>
          <w:b w:val="0"/>
          <w:sz w:val="20"/>
        </w:rPr>
        <w:t>Date: _______________________________________________________________</w:t>
      </w:r>
    </w:p>
    <w:p/>
    <w:p/>
    <w:p>
      <w:r>
        <w:rPr>
          <w:b/>
          <w:sz w:val="20"/>
        </w:rPr>
        <w:t>Enclosures:</w:t>
      </w:r>
    </w:p>
    <w:p>
      <w:r>
        <w:rPr>
          <w:b w:val="0"/>
          <w:sz w:val="20"/>
        </w:rPr>
        <w:t>• _________________________________________________________________</w:t>
      </w:r>
    </w:p>
    <w:p>
      <w:r>
        <w:rPr>
          <w:b w:val="0"/>
          <w:sz w:val="20"/>
        </w:rPr>
        <w:t>• _________________________________________________________________</w:t>
      </w:r>
    </w:p>
    <w:p>
      <w:r>
        <w:rPr>
          <w:b w:val="0"/>
          <w:sz w:val="20"/>
        </w:rPr>
        <w:t>• _________________________________________________________________</w:t>
      </w:r>
    </w:p>
    <w:p/>
    <w:p/>
    <w:p>
      <w:r>
        <w:rPr>
          <w:b/>
          <w:sz w:val="20"/>
        </w:rPr>
        <w:t>CC:</w:t>
      </w:r>
    </w:p>
    <w:p>
      <w:r>
        <w:rPr>
          <w:b w:val="0"/>
          <w:sz w:val="20"/>
        </w:rPr>
        <w:t>• _________________________________________________________________</w:t>
      </w:r>
    </w:p>
    <w:p>
      <w:r>
        <w:rPr>
          <w:b w:val="0"/>
          <w:sz w:val="20"/>
        </w:rPr>
        <w:t>• _________________________________________________________________</w:t>
      </w:r>
    </w:p>
    <w:p>
      <w:r>
        <w:rPr>
          <w:b w:val="0"/>
          <w:sz w:val="20"/>
        </w:rPr>
        <w:t>• _________________________________________________________________</w:t>
      </w:r>
    </w:p>
    <w:p/>
    <w:p/>
    <w:p>
      <w:r>
        <w:br w:type="page"/>
      </w:r>
    </w:p>
    <w:p>
      <w:pPr>
        <w:jc w:val="center"/>
      </w:pPr>
      <w:r>
        <w:rPr>
          <w:color w:val="555555"/>
          <w:sz w:val="24"/>
        </w:rPr>
        <w:t>Original source of this document:</w:t>
      </w:r>
    </w:p>
    <w:p>
      <w:pPr>
        <w:jc w:val="center"/>
      </w:pPr>
      <w:hyperlink r:id="rId9">
        <w:r>
          <w:rPr>
            <w:color w:val="0000FF"/>
            <w:u w:val="single"/>
          </w:rPr>
          <w:t>https://letterdocs-us.com/letter-to-legislator/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https://letterdocs-us.com</w:t>
        </w:r>
      </w:hyperlink>
    </w:p>
    <w:p>
      <w:pPr>
        <w:jc w:val="center"/>
      </w:pPr>
      <w:r>
        <w:rPr>
          <w:color w:val="808080"/>
          <w:sz w:val="20"/>
        </w:rPr>
        <w:t>This template is intended exclusively for personal, non-commercial use.</w:t>
        <w:br/>
        <w:t>If distributed or published, the source must be mentioned. © letterdocs-us.com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docs-us.com/letter-to-legislator/" TargetMode="External"/><Relationship Id="rId10" Type="http://schemas.openxmlformats.org/officeDocument/2006/relationships/hyperlink" Target="https://letterdocs-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