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OFFICIAL LETTER TO THE UNITED STATES IMMIGRATION AUTHORITY</w:t>
      </w:r>
    </w:p>
    <w:p/>
    <w:p/>
    <w:p>
      <w:r>
        <w:rPr>
          <w:b/>
          <w:sz w:val="20"/>
        </w:rPr>
        <w:t>Sender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Country of Citizenship: _________________________________________________</w:t>
      </w:r>
    </w:p>
    <w:p>
      <w:r>
        <w:rPr>
          <w:b w:val="0"/>
          <w:sz w:val="20"/>
        </w:rPr>
        <w:t>Address in the United States: 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Recipient Information:</w:t>
      </w:r>
    </w:p>
    <w:p>
      <w:r>
        <w:rPr>
          <w:b w:val="0"/>
          <w:sz w:val="20"/>
        </w:rPr>
        <w:t>United States Citizenship and Immigration Services (USCIS)</w:t>
      </w:r>
    </w:p>
    <w:p>
      <w:r>
        <w:rPr>
          <w:b w:val="0"/>
          <w:sz w:val="20"/>
        </w:rPr>
        <w:t>Address: _______________________________________________________________</w:t>
      </w:r>
    </w:p>
    <w:p>
      <w:r>
        <w:rPr>
          <w:b w:val="0"/>
          <w:sz w:val="20"/>
        </w:rPr>
        <w:t>City, State, ZIP Code: _________________________________________________</w:t>
      </w:r>
    </w:p>
    <w:p/>
    <w:p>
      <w:r>
        <w:rPr>
          <w:b/>
          <w:sz w:val="20"/>
        </w:rPr>
        <w:t>Subject: _______________________________________________________________</w:t>
      </w:r>
    </w:p>
    <w:p/>
    <w:p>
      <w:r>
        <w:rPr>
          <w:b w:val="0"/>
          <w:sz w:val="20"/>
        </w:rPr>
        <w:t>To Whom It May Concern,</w:t>
      </w:r>
    </w:p>
    <w:p/>
    <w:p>
      <w:r>
        <w:rPr>
          <w:b w:val="0"/>
          <w:sz w:val="20"/>
        </w:rPr>
        <w:t>I am writing this letter to formally address matters related to my immigration status in the United States. I respectfully provide the information and supporting details herein to facilitate proper processing and consideration under applicable United States immigration laws and regulations.</w:t>
      </w:r>
    </w:p>
    <w:p/>
    <w:p>
      <w:r>
        <w:rPr>
          <w:b/>
          <w:sz w:val="20"/>
        </w:rPr>
        <w:t>Personal Background and Immigration History:</w:t>
      </w:r>
    </w:p>
    <w:p>
      <w:r>
        <w:rPr>
          <w:b w:val="0"/>
          <w:sz w:val="20"/>
        </w:rPr>
        <w:t>I am a citizen of ________________________________________________________, currently residing at the address stated above. My immigration identification number or Alien Registration Number (A-Number) is ________________________________. I have been in the United States since ___________________, and my current status is _____________________________. I have complied with all immigration laws and have maintained legal status to the best of my knowledge.</w:t>
      </w:r>
    </w:p>
    <w:p/>
    <w:p>
      <w:r>
        <w:rPr>
          <w:b/>
          <w:sz w:val="20"/>
        </w:rPr>
        <w:t>Purpose of this Letter:</w:t>
      </w:r>
    </w:p>
    <w:p>
      <w:r>
        <w:rPr>
          <w:b w:val="0"/>
          <w:sz w:val="20"/>
        </w:rPr>
        <w:t>The purpose of this correspondence is to request ________________________________________________________ (e.g., extension of stay, change of status, permanent residency application, waiver request, etc.). I enclose all necessary documentation and evidence supporting my request, including but not limited to identification documents, proof of residence, employment records, and any other relevant materials.</w:t>
      </w:r>
    </w:p>
    <w:p/>
    <w:p>
      <w:r>
        <w:rPr>
          <w:b/>
          <w:sz w:val="20"/>
        </w:rPr>
        <w:t>Supporting Details and Justification:</w:t>
      </w:r>
    </w:p>
    <w:p>
      <w:r>
        <w:rPr>
          <w:b w:val="0"/>
          <w:sz w:val="20"/>
        </w:rPr>
        <w:t>1. _________________________________________________________________________</w:t>
      </w:r>
    </w:p>
    <w:p>
      <w:r>
        <w:rPr>
          <w:b w:val="0"/>
          <w:sz w:val="20"/>
        </w:rPr>
        <w:t>2. _________________________________________________________________________</w:t>
      </w:r>
    </w:p>
    <w:p>
      <w:r>
        <w:rPr>
          <w:b w:val="0"/>
          <w:sz w:val="20"/>
        </w:rPr>
        <w:t>3. _________________________________________________________________________</w:t>
      </w:r>
    </w:p>
    <w:p>
      <w:r>
        <w:rPr>
          <w:b w:val="0"/>
          <w:sz w:val="20"/>
        </w:rPr>
        <w:t>4. _________________________________________________________________________</w:t>
      </w:r>
    </w:p>
    <w:p>
      <w:r>
        <w:rPr>
          <w:b w:val="0"/>
          <w:sz w:val="20"/>
        </w:rPr>
        <w:t>I trust that the enclosed information will demonstrate my eligibility and compliance with all applicable requirements under United States immigration law.</w:t>
      </w:r>
    </w:p>
    <w:p/>
    <w:p>
      <w:r>
        <w:rPr>
          <w:b/>
          <w:sz w:val="20"/>
        </w:rPr>
        <w:t>Legal Compliance and Declaration:</w:t>
      </w:r>
    </w:p>
    <w:p>
      <w:r>
        <w:rPr>
          <w:b w:val="0"/>
          <w:sz w:val="20"/>
        </w:rPr>
        <w:t>I hereby declare under penalty of perjury under the laws of the United States of America that the foregoing is true and correct to the best of my knowledge and belief. I understand that any deliberate misrepresentation or omission of material facts may subject me to penalties, including denial of the requested immigration benefit or removal from the United States.</w:t>
      </w:r>
    </w:p>
    <w:p/>
    <w:p>
      <w:r>
        <w:rPr>
          <w:b w:val="0"/>
          <w:sz w:val="20"/>
        </w:rPr>
        <w:t>I respectfully request that my case be reviewed promptly and fairly in accordance with all applicable United States laws and regulations. Please do not hesitate to contact me if any additional information or clarification is required.</w:t>
      </w:r>
    </w:p>
    <w:p/>
    <w:p>
      <w:r>
        <w:rPr>
          <w:b w:val="0"/>
          <w:sz w:val="20"/>
        </w:rPr>
        <w:t>Thank you for your time and consideration.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Phone: _______________________________</w:t>
            </w:r>
          </w:p>
        </w:tc>
      </w:tr>
    </w:tbl>
    <w:p/>
    <w:p/>
    <w:p>
      <w:r>
        <w:rPr>
          <w:b/>
          <w:sz w:val="20"/>
        </w:rPr>
        <w:t>Enclosures:</w:t>
      </w:r>
    </w:p>
    <w:p>
      <w:r>
        <w:rPr>
          <w:b w:val="0"/>
          <w:sz w:val="20"/>
        </w:rPr>
        <w:t>- Copy of Passport</w:t>
      </w:r>
    </w:p>
    <w:p>
      <w:r>
        <w:rPr>
          <w:b w:val="0"/>
          <w:sz w:val="20"/>
        </w:rPr>
        <w:t>- Copy of I-94 Arrival/Departure Record</w:t>
      </w:r>
    </w:p>
    <w:p>
      <w:r>
        <w:rPr>
          <w:b w:val="0"/>
          <w:sz w:val="20"/>
        </w:rPr>
        <w:t>- Employment Authorization Document (if applicable)</w:t>
      </w:r>
    </w:p>
    <w:p>
      <w:r>
        <w:rPr>
          <w:b w:val="0"/>
          <w:sz w:val="20"/>
        </w:rPr>
        <w:t>- Supporting affidavits or letters</w:t>
      </w:r>
    </w:p>
    <w:p>
      <w:r>
        <w:rPr>
          <w:b w:val="0"/>
          <w:sz w:val="20"/>
        </w:rPr>
        <w:t>- Any other relevant documentation</w:t>
      </w:r>
    </w:p>
    <w:p/>
    <w:p>
      <w:r>
        <w:rPr>
          <w:b w:val="0"/>
          <w:sz w:val="20"/>
        </w:rPr>
        <w:t>Please ensure all enclosed documents are complete and legible to avoid delays in processing.</w:t>
      </w:r>
    </w:p>
    <w:p/>
    <w:p/>
    <w:p>
      <w:r>
        <w:br w:type="page"/>
      </w:r>
    </w:p>
    <w:p>
      <w:pPr>
        <w:jc w:val="center"/>
      </w:pPr>
      <w:r>
        <w:rPr>
          <w:color w:val="555555"/>
          <w:sz w:val="24"/>
        </w:rPr>
        <w:t>Original source of this document:</w:t>
      </w:r>
    </w:p>
    <w:p>
      <w:pPr>
        <w:jc w:val="center"/>
      </w:pPr>
      <w:hyperlink r:id="rId9">
        <w:r>
          <w:rPr>
            <w:color w:val="0000FF"/>
            <w:u w:val="single"/>
          </w:rPr>
          <w:t>https://letterdocs-us.com/letter-to-immigration/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to-immigra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