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FORMAL LETTER TO THE CHIEF EXECUTIVE OFFICER</w:t>
      </w:r>
    </w:p>
    <w:p/>
    <w:p/>
    <w:p>
      <w:r>
        <w:rPr>
          <w:b/>
          <w:sz w:val="20"/>
        </w:rPr>
        <w:t>Sender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Position/Title: ________________________________________________________</w:t>
      </w:r>
    </w:p>
    <w:p>
      <w:r>
        <w:rPr>
          <w:b w:val="0"/>
          <w:sz w:val="20"/>
        </w:rPr>
        <w:t>Department: ____________________________________________________________</w:t>
      </w:r>
    </w:p>
    <w:p>
      <w:r>
        <w:rPr>
          <w:b w:val="0"/>
          <w:sz w:val="20"/>
        </w:rPr>
        <w:t>Company: 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To: Chief Executive Officer (CEO)</w:t>
      </w:r>
    </w:p>
    <w:p>
      <w:r>
        <w:rPr>
          <w:b w:val="0"/>
          <w:sz w:val="20"/>
        </w:rPr>
        <w:t>Company Name: _________________________________________________________</w:t>
      </w:r>
    </w:p>
    <w:p>
      <w:r>
        <w:rPr>
          <w:b w:val="0"/>
          <w:sz w:val="20"/>
        </w:rPr>
        <w:t>Company Address: ______________________________________________________</w:t>
      </w:r>
    </w:p>
    <w:p/>
    <w:p/>
    <w:p>
      <w:r>
        <w:rPr>
          <w:b/>
          <w:sz w:val="20"/>
        </w:rPr>
        <w:t>Subject: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/>
    <w:p>
      <w:r>
        <w:rPr>
          <w:b w:val="0"/>
          <w:sz w:val="20"/>
        </w:rPr>
        <w:t>Dear Chief Executive Officer,</w:t>
      </w:r>
    </w:p>
    <w:p/>
    <w:p>
      <w:r>
        <w:rPr>
          <w:b w:val="0"/>
          <w:sz w:val="20"/>
        </w:rPr>
        <w:t>I am writing to you in my capacity as [Your Position] at [Your Company/Department] to formally address the following matter which requires your immediate attention and consideration.</w:t>
      </w:r>
    </w:p>
    <w:p/>
    <w:p>
      <w:r>
        <w:rPr>
          <w:b/>
          <w:sz w:val="22"/>
        </w:rPr>
        <w:t>1. Purpose of the Letter</w:t>
      </w:r>
    </w:p>
    <w:p>
      <w:r>
        <w:rPr>
          <w:b w:val="0"/>
          <w:sz w:val="20"/>
        </w:rPr>
        <w:t>This letter aims to clearly present the facts and concerns regarding [briefly describe the issue or purpose]. It is important that this matter be handled with utmost diligence to ensure compliance with company policies and to maintain the highest standards of corporate governance.</w:t>
      </w:r>
    </w:p>
    <w:p/>
    <w:p>
      <w:r>
        <w:rPr>
          <w:b/>
          <w:sz w:val="22"/>
        </w:rPr>
        <w:t>2. Background and Details</w:t>
      </w:r>
    </w:p>
    <w:p>
      <w:r>
        <w:rPr>
          <w:b w:val="0"/>
          <w:sz w:val="20"/>
        </w:rPr>
        <w:t>The issue at hand involves [provide detailed background information, facts, dates, and other relevant data]. All information presented herein is accurate to the best of my knowledge and is supported by available documentation. Should additional information be required, I am fully prepared to provide it promptly.</w:t>
      </w:r>
    </w:p>
    <w:p/>
    <w:p>
      <w:r>
        <w:rPr>
          <w:b/>
          <w:sz w:val="22"/>
        </w:rPr>
        <w:t>3. Legal and Compliance Considerations</w:t>
      </w:r>
    </w:p>
    <w:p>
      <w:r>
        <w:rPr>
          <w:b w:val="0"/>
          <w:sz w:val="20"/>
        </w:rPr>
        <w:t>This matter has been reviewed in light of applicable United States federal and state laws, including but not limited to [list relevant laws, regulations, or compliance standards]. Ensuring adherence to these legal requirements is critical to safeguarding the company's interests and reputation.</w:t>
      </w:r>
    </w:p>
    <w:p/>
    <w:p>
      <w:r>
        <w:rPr>
          <w:b/>
          <w:sz w:val="22"/>
        </w:rPr>
        <w:t>4. Requested Actions</w:t>
      </w:r>
    </w:p>
    <w:p>
      <w:r>
        <w:rPr>
          <w:b w:val="0"/>
          <w:sz w:val="20"/>
        </w:rPr>
        <w:t xml:space="preserve">Accordingly, I kindly request that the following actions be taken: </w:t>
        <w:br/>
        <w:t>- [Specify first requested action]</w:t>
        <w:br/>
        <w:t>- [Specify second requested action]</w:t>
        <w:br/>
        <w:t>- [Specify any additional actions necessary]</w:t>
        <w:br/>
        <w:br/>
        <w:t>Timely and decisive action on these requests will be greatly appreciated and is essential for effective resolution.</w:t>
      </w:r>
    </w:p>
    <w:p/>
    <w:p>
      <w:r>
        <w:rPr>
          <w:b/>
          <w:sz w:val="22"/>
        </w:rPr>
        <w:t>5. Offer of Cooperation</w:t>
      </w:r>
    </w:p>
    <w:p>
      <w:r>
        <w:rPr>
          <w:b w:val="0"/>
          <w:sz w:val="20"/>
        </w:rPr>
        <w:t>I remain fully committed to cooperating with your office and any other relevant departments to facilitate a swift and satisfactory resolution of this matter.</w:t>
      </w:r>
    </w:p>
    <w:p/>
    <w:p/>
    <w:p>
      <w:r>
        <w:rPr>
          <w:b w:val="0"/>
          <w:sz w:val="20"/>
        </w:rPr>
        <w:t>Thank you for your attention to this important issue. Please feel free to contact me directly should you require any further information or discussion.</w:t>
      </w:r>
    </w:p>
    <w:p/>
    <w:p>
      <w:r>
        <w:rPr>
          <w:b w:val="0"/>
          <w:sz w:val="20"/>
        </w:rPr>
        <w:t>Sincerely,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Sender's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Title: _______________________________</w:t>
            </w:r>
          </w:p>
        </w:tc>
      </w:tr>
    </w:tbl>
    <w:p/>
    <w:p/>
    <w:p>
      <w:r>
        <w:rPr>
          <w:b w:val="0"/>
          <w:sz w:val="20"/>
        </w:rPr>
        <w:t>Cc: ________________________________________________________________</w:t>
      </w:r>
    </w:p>
    <w:p>
      <w:r>
        <w:rPr>
          <w:b w:val="0"/>
          <w:sz w:val="20"/>
        </w:rPr>
        <w:t>Attachments: _________________________________________________________</w:t>
      </w:r>
    </w:p>
    <w:p/>
    <w:p>
      <w:pPr>
        <w:jc w:val="center"/>
      </w:pPr>
      <w:r>
        <w:rPr>
          <w:sz w:val="16"/>
        </w:rPr>
        <w:t>This letter contains confidential information intended solely for the addressed recipient. Unauthorized review, use, disclosure, or distribution is prohibited and may be unlawful.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https://letterdocs-us.com/letter-to-ceo/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docs-us.com/letter-to-ceo/" TargetMode="External"/><Relationship Id="rId10" Type="http://schemas.openxmlformats.org/officeDocument/2006/relationships/hyperlink" Target="https://letter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