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20"/>
        </w:rPr>
        <w:t>Sender:</w:t>
        <w:br/>
      </w:r>
      <w:r>
        <w:t>Full Name</w:t>
        <w:br/>
      </w:r>
      <w:r>
        <w:t>Street Address</w:t>
        <w:br/>
      </w:r>
      <w:r>
        <w:t>City, State ZIP</w:t>
        <w:br/>
      </w:r>
      <w:r>
        <w:t>Phone: (___) ___-____</w:t>
        <w:br/>
      </w:r>
      <w:r>
        <w:t>Email: example@example.com</w:t>
      </w:r>
    </w:p>
    <w:p/>
    <w:p/>
    <w:p>
      <w:pPr>
        <w:jc w:val="left"/>
      </w:pPr>
      <w:r>
        <w:rPr>
          <w:b/>
          <w:sz w:val="20"/>
        </w:rPr>
        <w:t>Recipient:</w:t>
        <w:br/>
      </w:r>
      <w:r>
        <w:t>Full Name or Business Name</w:t>
        <w:br/>
      </w:r>
      <w:r>
        <w:t>Street Address or P.O. Box</w:t>
        <w:br/>
      </w:r>
      <w:r>
        <w:t>City, State ZIP</w:t>
        <w:br/>
      </w:r>
    </w:p>
    <w:p/>
    <w:p/>
    <w:p/>
    <w:p>
      <w:pPr>
        <w:jc w:val="left"/>
      </w:pPr>
      <w:r>
        <w:rPr>
          <w:sz w:val="18"/>
        </w:rPr>
        <w:t>If undeliverable, please return to sender at above address.</w:t>
      </w:r>
    </w:p>
    <w:p/>
    <w:p>
      <w:pPr>
        <w:jc w:val="right"/>
      </w:pPr>
      <w:r>
        <w:rPr>
          <w:b/>
          <w:sz w:val="24"/>
        </w:rPr>
        <w:t>POSTAGE REQUIRED</w:t>
      </w:r>
    </w:p>
    <w:p/>
    <w:p>
      <w:pPr>
        <w:jc w:val="right"/>
      </w:pPr>
      <w:r>
        <w:rPr>
          <w:sz w:val="16"/>
        </w:rPr>
        <w:t>This envelope meets USPS Letter Size standards.</w:t>
      </w:r>
    </w:p>
    <w:p>
      <w:pPr>
        <w:jc w:val="center"/>
      </w:pPr>
      <w:r>
        <w:rPr>
          <w:sz w:val="14"/>
        </w:rPr>
        <w:t>This envelope template is designed to comply with United States Postal Service regulations for Letter Size envelopes. Use of this envelope for mailings assumes responsibility for proper addressing, postage, and compliance with all applicable federal, state, and local laws.</w:t>
      </w:r>
    </w:p>
    <w:p>
      <w:r>
        <w:br w:type="page"/>
      </w:r>
    </w:p>
    <w:p>
      <w:pPr>
        <w:jc w:val="center"/>
      </w:pPr>
      <w:r>
        <w:rPr>
          <w:color w:val="555555"/>
          <w:sz w:val="24"/>
        </w:rPr>
        <w:t>Original source of this document:</w:t>
      </w:r>
    </w:p>
    <w:p>
      <w:pPr>
        <w:jc w:val="center"/>
      </w:pPr>
      <w:hyperlink r:id="rId9">
        <w:r>
          <w:rPr>
            <w:color w:val="0000FF"/>
            <w:u w:val="single"/>
          </w:rPr>
          <w:t>https://letterdocs-us.com/letter-size-envelope/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3680" w:h="59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size-envelope/"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