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REMORSE AND REGRET</w:t>
      </w:r>
    </w:p>
    <w:p/>
    <w:p/>
    <w:p>
      <w:r>
        <w:rPr>
          <w:b w:val="0"/>
          <w:sz w:val="20"/>
        </w:rPr>
        <w:t>To Whom It May Concern,</w:t>
      </w:r>
    </w:p>
    <w:p/>
    <w:p>
      <w:r>
        <w:rPr>
          <w:b w:val="0"/>
          <w:sz w:val="20"/>
        </w:rPr>
        <w:t>This Letter of Remorse and Regret is submitted voluntarily and sincerely by the undersigned, to express deep contrition and acknowledgment of wrongdoing regarding the circumstances described below.</w:t>
      </w:r>
    </w:p>
    <w:p/>
    <w:p/>
    <w:p>
      <w:r>
        <w:rPr>
          <w:b/>
          <w:sz w:val="20"/>
        </w:rPr>
        <w:t>PERSONAL INFORMATION OF THE UNDERSIGNED:</w:t>
      </w:r>
    </w:p>
    <w:p>
      <w:r>
        <w:rPr>
          <w:b w:val="0"/>
          <w:sz w:val="20"/>
        </w:rPr>
        <w:t>Full Legal Name: 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STATEMENT OF FACTS:</w:t>
      </w:r>
    </w:p>
    <w:p>
      <w:r>
        <w:rPr>
          <w:b w:val="0"/>
          <w:sz w:val="20"/>
        </w:rPr>
        <w:t>I, the undersigned, hereby affirm and acknowledge the events and actions which have caused harm, loss, or offense as follows:</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EXPRESSION OF REMORSE AND REGRET:</w:t>
      </w:r>
    </w:p>
    <w:p>
      <w:r>
        <w:rPr>
          <w:b w:val="0"/>
          <w:sz w:val="20"/>
        </w:rPr>
        <w:t>I fully recognize the gravity of my actions and the impact they have had on the affected parties. I express my sincere remorse and regret for any damage or distress caused. I understand the consequences of my conduct and take full responsibility without excuses or justification.</w:t>
      </w:r>
    </w:p>
    <w:p/>
    <w:p>
      <w:r>
        <w:rPr>
          <w:b/>
          <w:sz w:val="20"/>
        </w:rPr>
        <w:t>PURPOSE AND INTENT:</w:t>
      </w:r>
    </w:p>
    <w:p>
      <w:r>
        <w:rPr>
          <w:b w:val="0"/>
          <w:sz w:val="20"/>
        </w:rPr>
        <w:t>This letter is intended to serve as a formal acknowledgment of wrongdoing and a demonstration of my commitment to make amends, seek forgiveness, and take corrective action to prevent any recurrence. It is my hope that this expression of remorse will be considered in any related deliberations or proceedings.</w:t>
      </w:r>
    </w:p>
    <w:p/>
    <w:p>
      <w:r>
        <w:rPr>
          <w:b/>
          <w:sz w:val="20"/>
        </w:rPr>
        <w:t>PROPOSED REMEDIAL ACTIONS:</w:t>
      </w:r>
    </w:p>
    <w:p>
      <w:r>
        <w:rPr>
          <w:b w:val="0"/>
          <w:sz w:val="20"/>
        </w:rPr>
        <w:t>I commit to undertaking the following actions as steps toward rectification and rehabilitation:</w:t>
      </w:r>
    </w:p>
    <w:p>
      <w:r>
        <w:rPr>
          <w:b w:val="0"/>
          <w:sz w:val="20"/>
        </w:rPr>
        <w:t>1. _______________________________________________________________</w:t>
      </w:r>
    </w:p>
    <w:p>
      <w:r>
        <w:rPr>
          <w:b w:val="0"/>
          <w:sz w:val="20"/>
        </w:rPr>
        <w:t>2. _______________________________________________________________</w:t>
      </w:r>
    </w:p>
    <w:p>
      <w:r>
        <w:rPr>
          <w:b w:val="0"/>
          <w:sz w:val="20"/>
        </w:rPr>
        <w:t>3. _______________________________________________________________</w:t>
      </w:r>
    </w:p>
    <w:p/>
    <w:p>
      <w:r>
        <w:rPr>
          <w:b/>
          <w:sz w:val="20"/>
        </w:rPr>
        <w:t>WAIVER AND RELEASE (if applicable):</w:t>
      </w:r>
    </w:p>
    <w:p>
      <w:r>
        <w:rPr>
          <w:b w:val="0"/>
          <w:sz w:val="20"/>
        </w:rPr>
        <w:t>By submitting this Letter of Remorse and Regret, I do not intend to waive any legal rights or defenses I may possess, nor do I admit liability beyond what is expressly stated herein. This letter shall not be construed as an admission of guilt in any criminal or civil proceeding beyond the acknowledgment contained herein.</w:t>
      </w:r>
    </w:p>
    <w:p/>
    <w:p>
      <w:r>
        <w:rPr>
          <w:b/>
          <w:sz w:val="20"/>
        </w:rPr>
        <w:t>CONFIDENTIALITY:</w:t>
      </w:r>
    </w:p>
    <w:p>
      <w:r>
        <w:rPr>
          <w:b w:val="0"/>
          <w:sz w:val="20"/>
        </w:rPr>
        <w:t>Unless otherwise agreed in writing, this letter and its contents are provided in good faith and may be treated as confidential between the parties involved.</w:t>
      </w:r>
    </w:p>
    <w:p/>
    <w:p>
      <w:r>
        <w:rPr>
          <w:b/>
          <w:sz w:val="20"/>
        </w:rPr>
        <w:t>GOVERNING LAW AND JURISDICTION:</w:t>
      </w:r>
    </w:p>
    <w:p>
      <w:r>
        <w:rPr>
          <w:b w:val="0"/>
          <w:sz w:val="20"/>
        </w:rPr>
        <w:t>This Letter of Remorse and Regret shall be governed by and construed in accordance with the laws of the United States of America. Any disputes arising from or related to this letter shall be subject to the exclusive jurisdiction of the courts located therein.</w:t>
      </w:r>
    </w:p>
    <w:p/>
    <w:p/>
    <w:p>
      <w:r>
        <w:rPr>
          <w:b w:val="0"/>
          <w:sz w:val="20"/>
        </w:rPr>
        <w:t>I declare under penalty of perjury under the laws of the United States of America that the foregoing is true and correct to the best of my knowledge and belief.</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UNDERSIGNED</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rPr>
          <w:b w:val="0"/>
          <w:sz w:val="20"/>
        </w:rPr>
        <w:t>Date: 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https://letterdocs-us.com/letter-of-remorse-and-regret/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remorse-and-regret/"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