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RECOMMENDATION AND THANK YOU</w:t>
      </w:r>
    </w:p>
    <w:p/>
    <w:p>
      <w:r>
        <w:rPr>
          <w:b/>
          <w:sz w:val="20"/>
        </w:rPr>
        <w:t>Recipient Information:</w:t>
      </w:r>
    </w:p>
    <w:p>
      <w:r>
        <w:rPr>
          <w:b w:val="0"/>
          <w:sz w:val="20"/>
        </w:rPr>
        <w:t>Full Name: ____________________________________________________________</w:t>
      </w:r>
    </w:p>
    <w:p>
      <w:r>
        <w:rPr>
          <w:b w:val="0"/>
          <w:sz w:val="20"/>
        </w:rPr>
        <w:t>Position/Title: ________________________________________________________</w:t>
      </w:r>
    </w:p>
    <w:p>
      <w:r>
        <w:rPr>
          <w:b w:val="0"/>
          <w:sz w:val="20"/>
        </w:rPr>
        <w:t>Organization: _________________________________________________________</w:t>
      </w:r>
    </w:p>
    <w:p>
      <w:r>
        <w:rPr>
          <w:b w:val="0"/>
          <w:sz w:val="20"/>
        </w:rPr>
        <w:t>Address: ______________________________________________________________</w:t>
      </w:r>
    </w:p>
    <w:p/>
    <w:p>
      <w:r>
        <w:rPr>
          <w:b/>
          <w:sz w:val="20"/>
        </w:rPr>
        <w:t>Sender Information:</w:t>
      </w:r>
    </w:p>
    <w:p>
      <w:r>
        <w:rPr>
          <w:b w:val="0"/>
          <w:sz w:val="20"/>
        </w:rPr>
        <w:t>Full Name: ____________________________________________________________</w:t>
      </w:r>
    </w:p>
    <w:p>
      <w:r>
        <w:rPr>
          <w:b w:val="0"/>
          <w:sz w:val="20"/>
        </w:rPr>
        <w:t>Position/Title: ________________________________________________________</w:t>
      </w:r>
    </w:p>
    <w:p>
      <w:r>
        <w:rPr>
          <w:b w:val="0"/>
          <w:sz w:val="20"/>
        </w:rPr>
        <w:t>Organization: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val="0"/>
          <w:sz w:val="20"/>
        </w:rPr>
        <w:t>Dear ____________________________,</w:t>
      </w:r>
    </w:p>
    <w:p/>
    <w:p>
      <w:r>
        <w:rPr>
          <w:b w:val="0"/>
          <w:sz w:val="20"/>
        </w:rPr>
        <w:t>I am writing to formally recommend and sincerely thank ________________________________ for their outstanding contributions and exemplary performance during their time with _______________________________.</w:t>
      </w:r>
    </w:p>
    <w:p/>
    <w:p>
      <w:r>
        <w:rPr>
          <w:b/>
          <w:sz w:val="20"/>
        </w:rPr>
        <w:t>Recommendation:</w:t>
      </w:r>
    </w:p>
    <w:p>
      <w:r>
        <w:rPr>
          <w:b w:val="0"/>
          <w:sz w:val="20"/>
        </w:rPr>
        <w:t>It is without hesitation that I endorse ________________________________ for any future endeavors they choose to pursue. Their skills, dedication, and professionalism have greatly contributed to the success of our team and organization. Throughout our association, they consistently demonstrated integrity, expertise, and a commitment to excellence.</w:t>
      </w:r>
    </w:p>
    <w:p/>
    <w:p>
      <w:r>
        <w:rPr>
          <w:b/>
          <w:sz w:val="20"/>
        </w:rPr>
        <w:t>Specific Qualities and Achievements:</w:t>
      </w:r>
    </w:p>
    <w:p>
      <w:r>
        <w:rPr>
          <w:b w:val="0"/>
          <w:sz w:val="20"/>
        </w:rPr>
        <w:t>_______________________________ has exhibited exceptional abilities in problem-solving, leadership, and collaboration. Their ability to manage complex projects, communicate effectively, and drive results has been instrumental in achieving our organizational goals. Notably, their work on _____________________________ significantly improved our processes and outcomes.</w:t>
      </w:r>
    </w:p>
    <w:p/>
    <w:p>
      <w:r>
        <w:rPr>
          <w:b/>
          <w:sz w:val="20"/>
        </w:rPr>
        <w:t>Thank You:</w:t>
      </w:r>
    </w:p>
    <w:p>
      <w:r>
        <w:rPr>
          <w:b w:val="0"/>
          <w:sz w:val="20"/>
        </w:rPr>
        <w:t>I would also like to express my sincere gratitude for the positive impact ________________________________ has made. Their professionalism and dedication have set a high standard, and their presence will be greatly missed. We are confident that they will continue to excel and make meaningful contributions wherever they go.</w:t>
      </w:r>
    </w:p>
    <w:p/>
    <w:p>
      <w:r>
        <w:rPr>
          <w:b w:val="0"/>
          <w:sz w:val="20"/>
        </w:rPr>
        <w:t>Please feel free to contact me at the information provided above if you require any further details or clarification regarding ________________________________’s qualifications and achievements.</w:t>
      </w:r>
    </w:p>
    <w:p/>
    <w:p>
      <w:r>
        <w:rPr>
          <w:b w:val="0"/>
          <w:sz w:val="20"/>
        </w:rPr>
        <w:t>Sincerely,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Sender's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_________________________</w:t>
            </w:r>
          </w:p>
        </w:tc>
      </w:tr>
    </w:tbl>
    <w:p/>
    <w:p/>
    <w:p>
      <w:r>
        <w:rPr>
          <w:b w:val="0"/>
          <w:sz w:val="20"/>
        </w:rPr>
        <w:t>Name: ________________________________________________________________</w:t>
      </w:r>
    </w:p>
    <w:p>
      <w:r>
        <w:rPr>
          <w:b w:val="0"/>
          <w:sz w:val="20"/>
        </w:rPr>
        <w:t>Position/Title: ________________________________________________________</w:t>
      </w:r>
    </w:p>
    <w:p>
      <w:r>
        <w:rPr>
          <w:b w:val="0"/>
          <w:sz w:val="20"/>
        </w:rPr>
        <w:t>Organization: _________________________________________________________</w:t>
      </w:r>
    </w:p>
    <w:p/>
    <w:p>
      <w:r>
        <w:br w:type="page"/>
      </w:r>
    </w:p>
    <w:p>
      <w:pPr>
        <w:jc w:val="center"/>
      </w:pPr>
      <w:r>
        <w:rPr>
          <w:color w:val="555555"/>
          <w:sz w:val="24"/>
        </w:rPr>
        <w:t>Original source of this document:</w:t>
      </w:r>
    </w:p>
    <w:p>
      <w:pPr>
        <w:jc w:val="center"/>
      </w:pPr>
      <w:hyperlink r:id="rId9">
        <w:r>
          <w:rPr>
            <w:color w:val="0000FF"/>
            <w:u w:val="single"/>
          </w:rPr>
          <w:t>https://letterdocs-us.com/letter-of-recommendation-thank-you/</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etter-of-recommendation-thank-you/"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