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RECOMMENDATION</w:t>
      </w:r>
    </w:p>
    <w:p/>
    <w:p/>
    <w:p>
      <w:r>
        <w:rPr>
          <w:b/>
          <w:sz w:val="20"/>
        </w:rPr>
        <w:t>Recommender's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________________________________________________________</w:t>
      </w:r>
    </w:p>
    <w:p>
      <w:r>
        <w:rPr>
          <w:b w:val="0"/>
          <w:sz w:val="20"/>
        </w:rPr>
        <w:t>Company/Organization: 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/>
          <w:sz w:val="20"/>
        </w:rPr>
        <w:t>Recipient’s Information:</w:t>
      </w:r>
    </w:p>
    <w:p>
      <w:r>
        <w:rPr>
          <w:b w:val="0"/>
          <w:sz w:val="20"/>
        </w:rPr>
        <w:t>Full Name / Title: ____________________________________________________</w:t>
      </w:r>
    </w:p>
    <w:p>
      <w:r>
        <w:rPr>
          <w:b w:val="0"/>
          <w:sz w:val="20"/>
        </w:rPr>
        <w:t>Company/Organization: 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this letter to provide my strong recommendation for ________________ (Candidate's Full Name). I have had the privilege of working with ________________ for ________________ (duration) at ________________ (Company/Organization) where I currently hold the position of ________________ (Recommender’s Title).</w:t>
      </w:r>
    </w:p>
    <w:p/>
    <w:p>
      <w:r>
        <w:rPr>
          <w:b w:val="0"/>
          <w:sz w:val="20"/>
        </w:rPr>
        <w:t>During this time, I have directly supervised and collaborated with ________________ on various projects and assignments, allowing me to thoroughly evaluate their skills, character, and professional conduct.</w:t>
      </w:r>
    </w:p>
    <w:p/>
    <w:p>
      <w:r>
        <w:rPr>
          <w:b/>
          <w:sz w:val="20"/>
        </w:rPr>
        <w:t>_______________ consistently demonstrated exceptional qualities such as:</w:t>
      </w:r>
    </w:p>
    <w:p>
      <w:pPr>
        <w:ind w:left="454"/>
      </w:pPr>
      <w:r>
        <w:t>• Strong work ethic and dedication to excellence.</w:t>
        <w:br/>
      </w:r>
      <w:r>
        <w:t>• Outstanding problem-solving and analytical abilities.</w:t>
        <w:br/>
      </w:r>
      <w:r>
        <w:t>• Effective communication and interpersonal skills.</w:t>
        <w:br/>
      </w:r>
      <w:r>
        <w:t>• Ability to work collaboratively in team environments.</w:t>
        <w:br/>
      </w:r>
      <w:r>
        <w:t>• Leadership skills and initiative in managing responsibilities.</w:t>
        <w:br/>
      </w:r>
      <w:r>
        <w:t>• Adaptability and willingness to learn new concepts quickly.</w:t>
        <w:br/>
      </w:r>
      <w:r>
        <w:t>• Integrity, reliability, and commitment to organizational goals.</w:t>
        <w:br/>
      </w:r>
    </w:p>
    <w:p/>
    <w:p>
      <w:r>
        <w:rPr>
          <w:b/>
          <w:sz w:val="20"/>
        </w:rPr>
        <w:t>Some of the notable achievements and contributions by ________________ include:</w:t>
      </w:r>
    </w:p>
    <w:p>
      <w:pPr>
        <w:ind w:left="454"/>
      </w:pPr>
      <w:r>
        <w:t>• Successfully led the ____________ project, resulting in ____________.</w:t>
        <w:br/>
      </w:r>
      <w:r>
        <w:t>• Improved ____________ process efficiency by ____________%.</w:t>
        <w:br/>
      </w:r>
      <w:r>
        <w:t>• Played a key role in ____________, contributing to ____________.</w:t>
        <w:br/>
      </w:r>
      <w:r>
        <w:t>• Received ____________ award/recognition for outstanding performance.</w:t>
        <w:br/>
      </w:r>
      <w:r>
        <w:t>• Developed innovative solutions that enhanced ____________.</w:t>
        <w:br/>
      </w:r>
    </w:p>
    <w:p/>
    <w:p>
      <w:r>
        <w:rPr>
          <w:b/>
          <w:sz w:val="20"/>
        </w:rPr>
        <w:t>In addition to professional skills, ________________ possesses admirable personal attributes including:</w:t>
      </w:r>
    </w:p>
    <w:p>
      <w:pPr>
        <w:ind w:left="454"/>
      </w:pPr>
      <w:r>
        <w:t>• Dependability and punctuality.</w:t>
        <w:br/>
      </w:r>
      <w:r>
        <w:t>• Positive attitude and strong motivation.</w:t>
        <w:br/>
      </w:r>
      <w:r>
        <w:t>• Respectfulness towards colleagues and clients.</w:t>
        <w:br/>
      </w:r>
      <w:r>
        <w:t>• Ability to handle stressful situations with composure.</w:t>
        <w:br/>
      </w:r>
      <w:r>
        <w:t>• Commitment to continuous personal and professional growth.</w:t>
        <w:br/>
      </w:r>
    </w:p>
    <w:p/>
    <w:p>
      <w:r>
        <w:rPr>
          <w:b w:val="0"/>
          <w:sz w:val="20"/>
        </w:rPr>
        <w:t>Based on my experience working with ________________, I have no hesitation in recommending them for any role or opportunity they pursue. I am confident that ________________ will bring the same dedication, skill, and professionalism to your organization and will be a valuable asset.</w:t>
      </w:r>
    </w:p>
    <w:p/>
    <w:p>
      <w:r>
        <w:rPr>
          <w:b w:val="0"/>
          <w:sz w:val="20"/>
        </w:rPr>
        <w:t>Please feel free to contact me at the phone number or email above should you require any additional information or clarification regarding ________________’s qualifications and character.</w:t>
      </w:r>
    </w:p>
    <w:p/>
    <w:p/>
    <w:p>
      <w:r>
        <w:rPr>
          <w:b w:val="0"/>
          <w:sz w:val="20"/>
        </w:rPr>
        <w:t>Sincerely,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Name: ______________________________________________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Title/Position: _____________________________________</w:t>
            </w:r>
          </w:p>
        </w:tc>
      </w:tr>
    </w:tbl>
    <w:p/>
    <w:p/>
    <w:p>
      <w:r>
        <w:rPr>
          <w:b/>
          <w:sz w:val="20"/>
        </w:rPr>
        <w:t>Acknowledgment (if required):</w:t>
      </w:r>
    </w:p>
    <w:p>
      <w:r>
        <w:rPr>
          <w:b w:val="0"/>
          <w:sz w:val="20"/>
        </w:rPr>
        <w:t>State of ________________     County of ________________</w:t>
      </w:r>
    </w:p>
    <w:p>
      <w:r>
        <w:rPr>
          <w:b w:val="0"/>
          <w:sz w:val="20"/>
        </w:rPr>
        <w:t>On this __________ day of ________________, before me, the undersigned notary public, personally appeared ________________, proved to me through satisfactory evidence to be the person whose name is signed above, and acknowledged to me that they signed this letter voluntarily for its stated purpose.</w:t>
      </w:r>
    </w:p>
    <w:p/>
    <w:p>
      <w:r>
        <w:rPr>
          <w:b w:val="0"/>
          <w:sz w:val="20"/>
        </w:rPr>
        <w:t>Notary Public Signature: _____________________________________________</w:t>
      </w:r>
    </w:p>
    <w:p>
      <w:r>
        <w:rPr>
          <w:b w:val="0"/>
          <w:sz w:val="20"/>
        </w:rPr>
        <w:t>My Commission Expires: ______________________________________________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https://letterdocs-us.com/letter-of-recommendation-microsoft/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letter-of-recommendation-microsoft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