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RECOMMENDATION FOR TEACHER</w:t>
      </w:r>
    </w:p>
    <w:p/>
    <w:p/>
    <w:p>
      <w:r>
        <w:rPr>
          <w:b w:val="0"/>
          <w:sz w:val="20"/>
        </w:rPr>
        <w:t>To Whom It May Concern:</w:t>
      </w:r>
    </w:p>
    <w:p/>
    <w:p>
      <w:r>
        <w:rPr>
          <w:b w:val="0"/>
          <w:sz w:val="20"/>
        </w:rPr>
        <w:t>I am pleased to write this letter of recommendation on behalf of ________________________________, who has served as a teacher at ______________________________________________ (institution name). In my capacity as ________________________________ (your position), I have had the opportunity to observe and evaluate the exemplary teaching performance and professional conduct of this educator.</w:t>
      </w:r>
    </w:p>
    <w:p/>
    <w:p>
      <w:r>
        <w:rPr>
          <w:b/>
          <w:sz w:val="20"/>
        </w:rPr>
        <w:t>Teacher’s Qualifications and Experience:</w:t>
      </w:r>
    </w:p>
    <w:p>
      <w:r>
        <w:rPr>
          <w:b w:val="0"/>
          <w:sz w:val="20"/>
        </w:rPr>
        <w:t>__________________________ holds valid teaching credentials in the state of _________________ and possesses a degree in _________________________________. With over ______ years of experience in educating students from diverse backgrounds, this teacher has consistently demonstrated a strong commitment to academic excellence and student development.</w:t>
      </w:r>
    </w:p>
    <w:p/>
    <w:p>
      <w:r>
        <w:rPr>
          <w:b/>
          <w:sz w:val="20"/>
        </w:rPr>
        <w:t>Teaching Skills and Methodology:</w:t>
      </w:r>
    </w:p>
    <w:p>
      <w:r>
        <w:rPr>
          <w:b w:val="0"/>
          <w:sz w:val="20"/>
        </w:rPr>
        <w:t>The teacher employs innovative and effective teaching methods tailored to accommodate various learning styles, fostering an inclusive and engaging classroom environment. Their lesson plans are well-prepared, incorporating both traditional and modern educational resources to enhance student understanding and participation.</w:t>
      </w:r>
    </w:p>
    <w:p/>
    <w:p>
      <w:r>
        <w:rPr>
          <w:b/>
          <w:sz w:val="20"/>
        </w:rPr>
        <w:t>Classroom Management and Professionalism:</w:t>
      </w:r>
    </w:p>
    <w:p>
      <w:r>
        <w:rPr>
          <w:b w:val="0"/>
          <w:sz w:val="20"/>
        </w:rPr>
        <w:t>__________________________ maintains excellent classroom discipline, promoting respect and cooperation among students. They demonstrate punctuality, reliability, and excellent communication skills with students, parents, and colleagues alike, upholding the highest standards of professional ethics.</w:t>
      </w:r>
    </w:p>
    <w:p/>
    <w:p>
      <w:r>
        <w:rPr>
          <w:b/>
          <w:sz w:val="20"/>
        </w:rPr>
        <w:t>Contributions Beyond Teaching:</w:t>
      </w:r>
    </w:p>
    <w:p>
      <w:r>
        <w:rPr>
          <w:b w:val="0"/>
          <w:sz w:val="20"/>
        </w:rPr>
        <w:t>Beyond classroom duties, the teacher has actively participated in extracurricular activities, curriculum development, and professional development workshops. They have contributed positively to the school community and supported initiatives aimed at enhancing overall educational outcomes.</w:t>
      </w:r>
    </w:p>
    <w:p/>
    <w:p>
      <w:r>
        <w:rPr>
          <w:b/>
          <w:sz w:val="20"/>
        </w:rPr>
        <w:t>Summary and Endorsement:</w:t>
      </w:r>
    </w:p>
    <w:p>
      <w:r>
        <w:rPr>
          <w:b w:val="0"/>
          <w:sz w:val="20"/>
        </w:rPr>
        <w:t>In summary, I strongly recommend __________________________ for any teaching position or educational role. Their dedication, expertise, and interpersonal skills are assets that will greatly benefit any institution seeking a qualified and passionate educator.</w:t>
      </w:r>
    </w:p>
    <w:p/>
    <w:p/>
    <w:p>
      <w:r>
        <w:rPr>
          <w:b w:val="0"/>
          <w:sz w:val="20"/>
        </w:rPr>
        <w:t>Should you require any further information or clarification, please do not hesitate to contact me.</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Sincerely,</w:t>
            </w:r>
          </w:p>
        </w:tc>
      </w:tr>
      <w:tr>
        <w:tc>
          <w:tcPr>
            <w:tcW w:type="dxa" w:w="9972"/>
            <w:tcBorders>
              <w:top w:val="nil"/>
              <w:left w:val="nil"/>
              <w:bottom w:val="nil"/>
              <w:right w:val="nil"/>
              <w:insideH w:val="nil"/>
              <w:insideV w:val="nil"/>
            </w:tcBorders>
          </w:tcPr>
          <w:p>
            <w:pPr>
              <w:jc w:val="left"/>
            </w:pPr>
            <w:r>
              <w:br/>
              <w:br/>
              <w:t>______________________________________________</w:t>
            </w:r>
          </w:p>
        </w:tc>
      </w:tr>
      <w:tr>
        <w:tc>
          <w:tcPr>
            <w:tcW w:type="dxa" w:w="9972"/>
            <w:tcBorders>
              <w:top w:val="nil"/>
              <w:left w:val="nil"/>
              <w:bottom w:val="nil"/>
              <w:right w:val="nil"/>
              <w:insideH w:val="nil"/>
              <w:insideV w:val="nil"/>
            </w:tcBorders>
          </w:tcPr>
          <w:p>
            <w:pPr>
              <w:jc w:val="left"/>
            </w:pPr>
            <w:r>
              <w:t>Name: ________________________________________</w:t>
            </w:r>
          </w:p>
        </w:tc>
      </w:tr>
      <w:tr>
        <w:tc>
          <w:tcPr>
            <w:tcW w:type="dxa" w:w="9972"/>
            <w:tcBorders>
              <w:top w:val="nil"/>
              <w:left w:val="nil"/>
              <w:bottom w:val="nil"/>
              <w:right w:val="nil"/>
              <w:insideH w:val="nil"/>
              <w:insideV w:val="nil"/>
            </w:tcBorders>
          </w:tcPr>
          <w:p>
            <w:pPr>
              <w:jc w:val="left"/>
            </w:pPr>
            <w:r>
              <w:t>Position: _____________________________________</w:t>
              <w:br/>
              <w:t>Contact Information: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https://letterdocs-us.com/letter-of-recommendation-for-teacher/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recommendation-for-teach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